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00D18" w14:textId="77777777" w:rsidR="00AC2BBC" w:rsidRDefault="00D44153">
      <w:pPr>
        <w:pStyle w:val="Heading1"/>
      </w:pPr>
      <w:r>
        <w:t>International Admissions Officer</w:t>
      </w:r>
    </w:p>
    <w:p w14:paraId="3B732258" w14:textId="77777777" w:rsidR="00AC2BBC" w:rsidRDefault="00D44153">
      <w:pPr>
        <w:pStyle w:val="Heading2"/>
      </w:pPr>
      <w:r>
        <w:t>Summary of the Role</w:t>
      </w:r>
    </w:p>
    <w:p w14:paraId="4AF94E87" w14:textId="77777777" w:rsidR="00AC2BBC" w:rsidRDefault="00D44153">
      <w:r>
        <w:t xml:space="preserve">To support the </w:t>
      </w:r>
      <w:r w:rsidR="005D4ACB">
        <w:t xml:space="preserve">Senior Management Team </w:t>
      </w:r>
      <w:r>
        <w:t>in implementing Bath Academy’s international recruitment strategy and administering all aspects of the international admissions process, from enquiry through enrolment. Responsibilities include agent liaison, records management, visa compliance, induction support, and assisting with marketing and recruitment activities, ensuring an efficient, professional and welcoming service for all international families.</w:t>
      </w:r>
    </w:p>
    <w:p w14:paraId="59467299" w14:textId="77777777" w:rsidR="00C17272" w:rsidRPr="00C17272" w:rsidRDefault="00D44153" w:rsidP="00C17272">
      <w:pPr>
        <w:pStyle w:val="Heading2"/>
      </w:pPr>
      <w:r>
        <w:t>Admissions Administration</w:t>
      </w:r>
    </w:p>
    <w:p w14:paraId="7EA74473" w14:textId="77777777" w:rsidR="00C17272" w:rsidRDefault="00C17272" w:rsidP="00C17272">
      <w:pPr>
        <w:pStyle w:val="ListBullet"/>
      </w:pPr>
      <w:r>
        <w:t xml:space="preserve">Dealing with International student applications for all academic courses, including the A Levels, GCSE and the Foundation Year </w:t>
      </w:r>
      <w:proofErr w:type="spellStart"/>
      <w:r>
        <w:t>Programme</w:t>
      </w:r>
      <w:proofErr w:type="spellEnd"/>
      <w:r>
        <w:t>.</w:t>
      </w:r>
    </w:p>
    <w:p w14:paraId="71F9ED0E" w14:textId="77777777" w:rsidR="00776BD7" w:rsidRDefault="00C75B1F">
      <w:pPr>
        <w:pStyle w:val="ListBullet"/>
      </w:pPr>
      <w:r>
        <w:t>Deal with Junior Summer School Applications (Individual or Group bookings).</w:t>
      </w:r>
    </w:p>
    <w:p w14:paraId="1C0826E7" w14:textId="77777777" w:rsidR="00776BD7" w:rsidRDefault="00C75B1F" w:rsidP="00915596">
      <w:pPr>
        <w:pStyle w:val="ListBullet"/>
      </w:pPr>
      <w:r>
        <w:t>Correspond</w:t>
      </w:r>
      <w:r w:rsidR="00915596">
        <w:t xml:space="preserve"> with Agents/Group </w:t>
      </w:r>
      <w:proofErr w:type="spellStart"/>
      <w:r w:rsidR="00915596">
        <w:t>Organisers</w:t>
      </w:r>
      <w:proofErr w:type="spellEnd"/>
      <w:r w:rsidR="00915596">
        <w:t xml:space="preserve"> across all International student courses.</w:t>
      </w:r>
    </w:p>
    <w:p w14:paraId="7FC92649" w14:textId="77777777" w:rsidR="00AC2BBC" w:rsidRDefault="00D44153">
      <w:pPr>
        <w:pStyle w:val="ListBullet"/>
      </w:pPr>
      <w:r>
        <w:t>Provide an impeccable, prompt and courteous response to all international admissions enquiries, giving clear and unambiguous advice to agents and families.</w:t>
      </w:r>
    </w:p>
    <w:p w14:paraId="62CEAB77" w14:textId="77777777" w:rsidR="00AC2BBC" w:rsidRDefault="00D44153">
      <w:pPr>
        <w:pStyle w:val="ListBullet"/>
      </w:pPr>
      <w:r>
        <w:t>Liaise with families and agents regarding entrance exams, school references, interview arrangements, and students’ visa status.</w:t>
      </w:r>
    </w:p>
    <w:p w14:paraId="2D94D244" w14:textId="77777777" w:rsidR="00AC2BBC" w:rsidRDefault="00D44153">
      <w:pPr>
        <w:pStyle w:val="ListBullet"/>
      </w:pPr>
      <w:r>
        <w:t>Generate and issue decision letters and joining instructions, process acceptances, and liaise with academic and boarding staff to support smooth transition into the school environment.</w:t>
      </w:r>
    </w:p>
    <w:p w14:paraId="415352F8" w14:textId="77777777" w:rsidR="00C17272" w:rsidRDefault="00C17272">
      <w:pPr>
        <w:pStyle w:val="ListBullet"/>
      </w:pPr>
      <w:r>
        <w:t xml:space="preserve">Assisting admissions </w:t>
      </w:r>
      <w:r w:rsidR="003D53EC">
        <w:t xml:space="preserve">officer for home students when required. </w:t>
      </w:r>
    </w:p>
    <w:p w14:paraId="34A2CCE3" w14:textId="77777777" w:rsidR="00AC2BBC" w:rsidRDefault="00D44153">
      <w:pPr>
        <w:pStyle w:val="Heading2"/>
      </w:pPr>
      <w:r>
        <w:t>Data Management and Record Keeping</w:t>
      </w:r>
    </w:p>
    <w:p w14:paraId="649ADD4E" w14:textId="77777777" w:rsidR="00AC2BBC" w:rsidRDefault="00D44153">
      <w:pPr>
        <w:pStyle w:val="ListBullet"/>
      </w:pPr>
      <w:r>
        <w:t>Use iSAMS to record and process all information from initial enquiry through to induction, ensuring accuracy and data integrity.</w:t>
      </w:r>
    </w:p>
    <w:p w14:paraId="2428E60F" w14:textId="77777777" w:rsidR="00AC2BBC" w:rsidRDefault="00D44153">
      <w:pPr>
        <w:pStyle w:val="ListBullet"/>
      </w:pPr>
      <w:r>
        <w:t>Collate, extract and prepare reports as necessary to support admissions tracking and forecasting.</w:t>
      </w:r>
    </w:p>
    <w:p w14:paraId="500E966E" w14:textId="77777777" w:rsidR="00776BD7" w:rsidRDefault="00C75B1F">
      <w:pPr>
        <w:pStyle w:val="ListBullet"/>
      </w:pPr>
      <w:r>
        <w:t>Ensure Bath Academy’s Sponsor License duties are monitored, reviewed and actioned in a timely manner as to not impede the recruitment cycle.</w:t>
      </w:r>
    </w:p>
    <w:p w14:paraId="5AADD0A7" w14:textId="77777777" w:rsidR="00776BD7" w:rsidRDefault="00C75B1F">
      <w:pPr>
        <w:pStyle w:val="ListBullet"/>
      </w:pPr>
      <w:r>
        <w:t>Ensure all visa students provide all relevant documentation to Bath Academy before the CAS document is released for their Student or Child Student Visa application.</w:t>
      </w:r>
    </w:p>
    <w:p w14:paraId="592A7693" w14:textId="77777777" w:rsidR="00AC2BBC" w:rsidRDefault="00D44153">
      <w:pPr>
        <w:pStyle w:val="ListBullet"/>
      </w:pPr>
      <w:r>
        <w:t>Maintain guardian information, compliance documentation and admissions records for all international students.</w:t>
      </w:r>
    </w:p>
    <w:p w14:paraId="4D13D26C" w14:textId="77777777" w:rsidR="00BF18A4" w:rsidRDefault="00BF18A4">
      <w:pPr>
        <w:pStyle w:val="ListBullet"/>
      </w:pPr>
      <w:r>
        <w:t>Maintaining and regularly</w:t>
      </w:r>
      <w:r w:rsidR="002D7CF5">
        <w:t xml:space="preserve"> update</w:t>
      </w:r>
      <w:r>
        <w:t xml:space="preserve"> a sales database, which is shared</w:t>
      </w:r>
      <w:r w:rsidR="002D7CF5">
        <w:t xml:space="preserve"> with the finance officer. </w:t>
      </w:r>
    </w:p>
    <w:p w14:paraId="0C7C5E17" w14:textId="77777777" w:rsidR="00AC2BBC" w:rsidRDefault="00D44153">
      <w:pPr>
        <w:pStyle w:val="Heading2"/>
      </w:pPr>
      <w:r>
        <w:t>Visa Compliance</w:t>
      </w:r>
    </w:p>
    <w:p w14:paraId="1A325E91" w14:textId="77777777" w:rsidR="00AC2BBC" w:rsidRDefault="00D44153">
      <w:pPr>
        <w:pStyle w:val="ListBullet"/>
      </w:pPr>
      <w:r>
        <w:t>Gather relevant documents and work with the appointed visa agency to support families through the visa process, ensuring full compliance with UKVI requirements.</w:t>
      </w:r>
    </w:p>
    <w:p w14:paraId="19629BB9" w14:textId="77777777" w:rsidR="00AC2BBC" w:rsidRDefault="00D44153">
      <w:pPr>
        <w:pStyle w:val="ListBullet"/>
      </w:pPr>
      <w:r>
        <w:t>Maintain hard and soft-copy records for all sponsored and non-sponsored students, including passports, BRPs, and visa status.</w:t>
      </w:r>
    </w:p>
    <w:p w14:paraId="76FCC0C6" w14:textId="77777777" w:rsidR="00AC2BBC" w:rsidRDefault="00D44153">
      <w:pPr>
        <w:pStyle w:val="ListBullet"/>
      </w:pPr>
      <w:r>
        <w:t>Update iSAMS with visa and passport information and monitor all changes each term.</w:t>
      </w:r>
    </w:p>
    <w:p w14:paraId="597C7173" w14:textId="77777777" w:rsidR="00AC2BBC" w:rsidRDefault="00D44153">
      <w:pPr>
        <w:pStyle w:val="ListBullet"/>
      </w:pPr>
      <w:r>
        <w:t>Ensure all required documentation is issued, including bank letters, confirmation of studies, re-entry letters, and Schengen visa letters.</w:t>
      </w:r>
    </w:p>
    <w:p w14:paraId="16193CFE" w14:textId="77777777" w:rsidR="00AC2BBC" w:rsidRDefault="00D44153">
      <w:pPr>
        <w:pStyle w:val="ListBullet"/>
      </w:pPr>
      <w:r>
        <w:t>Maintain CAS logs, report student changes to UKVI, and support annual Basic Compliance Assessment requirements.</w:t>
      </w:r>
    </w:p>
    <w:p w14:paraId="6145AB8C" w14:textId="77777777" w:rsidR="00776BD7" w:rsidRDefault="00C75B1F">
      <w:pPr>
        <w:pStyle w:val="ListBullet"/>
      </w:pPr>
      <w:r>
        <w:lastRenderedPageBreak/>
        <w:t>Initiate market research in different regions to try and capitalise on new markets.</w:t>
      </w:r>
    </w:p>
    <w:p w14:paraId="48D2FA71" w14:textId="77777777" w:rsidR="00776BD7" w:rsidRDefault="00C75B1F">
      <w:pPr>
        <w:pStyle w:val="ListBullet"/>
      </w:pPr>
      <w:r>
        <w:t>Be active on Social Media and Bath Academy’s WhatsApp to assist with enquiries received.</w:t>
      </w:r>
    </w:p>
    <w:p w14:paraId="60DEA00F" w14:textId="77777777" w:rsidR="00776BD7" w:rsidRDefault="00C75B1F">
      <w:pPr>
        <w:pStyle w:val="ListBullet"/>
      </w:pPr>
      <w:r>
        <w:t>Update Admissions &amp; Marketing Team and Senior Management of trends, aspects, opportunities and threats in markets around the globe.</w:t>
      </w:r>
    </w:p>
    <w:p w14:paraId="57AF4593" w14:textId="77777777" w:rsidR="00776BD7" w:rsidRDefault="00C75B1F">
      <w:pPr>
        <w:pStyle w:val="ListBullet"/>
      </w:pPr>
      <w:r>
        <w:t>Work closely and effectively with Regional Managers and the Agents they use to promote Bath Academy to students.</w:t>
      </w:r>
    </w:p>
    <w:p w14:paraId="7A0D0858" w14:textId="77777777" w:rsidR="00776BD7" w:rsidRDefault="00C75B1F">
      <w:pPr>
        <w:pStyle w:val="ListBullet"/>
      </w:pPr>
      <w:r>
        <w:t>Submit data around Educational Agents used to recruit students to the Home Office as required.</w:t>
      </w:r>
    </w:p>
    <w:p w14:paraId="6106000B" w14:textId="77777777" w:rsidR="00776BD7" w:rsidRDefault="00C75B1F">
      <w:pPr>
        <w:pStyle w:val="ListBullet"/>
      </w:pPr>
      <w:r>
        <w:t>Constantly review Agent relationships and Agreements to ensure the college is compliant with UKVI regulation.</w:t>
      </w:r>
    </w:p>
    <w:p w14:paraId="3E3C8B60" w14:textId="77777777" w:rsidR="00AC2BBC" w:rsidRDefault="00D44153">
      <w:pPr>
        <w:pStyle w:val="Heading2"/>
      </w:pPr>
      <w:r>
        <w:t>Induction and Student Support</w:t>
      </w:r>
    </w:p>
    <w:p w14:paraId="33BBB280" w14:textId="77777777" w:rsidR="00AC2BBC" w:rsidRDefault="00D44153">
      <w:pPr>
        <w:pStyle w:val="ListBullet"/>
      </w:pPr>
      <w:r>
        <w:t>Greet students on Induction Day, collect passports and documentation, and update compliance records for CAS and BRP information.</w:t>
      </w:r>
    </w:p>
    <w:p w14:paraId="42BB9D0F" w14:textId="77777777" w:rsidR="00AC2BBC" w:rsidRDefault="00D44153">
      <w:pPr>
        <w:pStyle w:val="ListBullet"/>
      </w:pPr>
      <w:r>
        <w:t>Ensure parents can access the parent information portal and that guardian arrangements are properly verified and recorded.</w:t>
      </w:r>
    </w:p>
    <w:p w14:paraId="32852A02" w14:textId="77777777" w:rsidR="00AC2BBC" w:rsidRDefault="00D44153">
      <w:pPr>
        <w:pStyle w:val="Heading2"/>
      </w:pPr>
      <w:r>
        <w:t>Marketing and Recruitment Support</w:t>
      </w:r>
    </w:p>
    <w:p w14:paraId="39A9553C" w14:textId="77777777" w:rsidR="00AC2BBC" w:rsidRDefault="00D44153">
      <w:pPr>
        <w:pStyle w:val="ListBullet"/>
      </w:pPr>
      <w:r>
        <w:t>Assist in planning and delivering marketing events for international families and agents.</w:t>
      </w:r>
    </w:p>
    <w:p w14:paraId="3037B5B7" w14:textId="77777777" w:rsidR="00AC2BBC" w:rsidRDefault="00D44153">
      <w:pPr>
        <w:pStyle w:val="ListBullet"/>
      </w:pPr>
      <w:r>
        <w:t>Support management of</w:t>
      </w:r>
      <w:r w:rsidR="00764AA5">
        <w:t xml:space="preserve"> Bath Academy</w:t>
      </w:r>
      <w:r>
        <w:t xml:space="preserve"> approved agent register, including reference checking and ongoing relationship management.</w:t>
      </w:r>
    </w:p>
    <w:p w14:paraId="6442FBEE" w14:textId="77777777" w:rsidR="00AC2BBC" w:rsidRDefault="00D44153">
      <w:pPr>
        <w:pStyle w:val="Heading2"/>
      </w:pPr>
      <w:r>
        <w:t>Person Specification</w:t>
      </w:r>
    </w:p>
    <w:p w14:paraId="78C7BA1E" w14:textId="77777777" w:rsidR="00AC2BBC" w:rsidRDefault="00D44153">
      <w:pPr>
        <w:pStyle w:val="Heading3"/>
      </w:pPr>
      <w:r>
        <w:t>Qualifications</w:t>
      </w:r>
    </w:p>
    <w:p w14:paraId="213BF6E1" w14:textId="77777777" w:rsidR="00AC2BBC" w:rsidRDefault="00915596">
      <w:pPr>
        <w:pStyle w:val="ListBullet"/>
      </w:pPr>
      <w:r>
        <w:t>Educated to degree level</w:t>
      </w:r>
      <w:r w:rsidR="00D44153">
        <w:t xml:space="preserve"> or with significant relevant experience in an educational environment.</w:t>
      </w:r>
    </w:p>
    <w:p w14:paraId="147AD176" w14:textId="77777777" w:rsidR="00AC2BBC" w:rsidRDefault="00D44153">
      <w:pPr>
        <w:pStyle w:val="ListBullet"/>
      </w:pPr>
      <w:r>
        <w:t>Keyboard skills and/or database experience desirable.</w:t>
      </w:r>
    </w:p>
    <w:p w14:paraId="46C2466D" w14:textId="77777777" w:rsidR="00AC2BBC" w:rsidRDefault="00D44153">
      <w:pPr>
        <w:pStyle w:val="ListBullet"/>
      </w:pPr>
      <w:r>
        <w:t xml:space="preserve">Driving </w:t>
      </w:r>
      <w:proofErr w:type="spellStart"/>
      <w:r>
        <w:t>licence</w:t>
      </w:r>
      <w:proofErr w:type="spellEnd"/>
      <w:r>
        <w:t xml:space="preserve"> </w:t>
      </w:r>
      <w:r w:rsidR="00915596">
        <w:t>(desirable)</w:t>
      </w:r>
    </w:p>
    <w:p w14:paraId="2614A408" w14:textId="77777777" w:rsidR="00AC2BBC" w:rsidRDefault="00D44153">
      <w:pPr>
        <w:pStyle w:val="Heading3"/>
      </w:pPr>
      <w:r>
        <w:t>Experience</w:t>
      </w:r>
    </w:p>
    <w:p w14:paraId="00E597FC" w14:textId="77777777" w:rsidR="00AC2BBC" w:rsidRDefault="00D44153">
      <w:pPr>
        <w:pStyle w:val="ListBullet"/>
      </w:pPr>
      <w:r>
        <w:t>Extensive experience in an administrative role.</w:t>
      </w:r>
    </w:p>
    <w:p w14:paraId="03044032" w14:textId="77777777" w:rsidR="00AC2BBC" w:rsidRDefault="00D44153">
      <w:pPr>
        <w:pStyle w:val="ListBullet"/>
      </w:pPr>
      <w:r>
        <w:t>Experience using CRM databases, preferably iSAMS.</w:t>
      </w:r>
    </w:p>
    <w:p w14:paraId="551F60A2" w14:textId="77777777" w:rsidR="00AC2BBC" w:rsidRDefault="00D44153">
      <w:pPr>
        <w:pStyle w:val="ListBullet"/>
      </w:pPr>
      <w:r>
        <w:t>Demonstrated success overseeing visa responsibilities in an independent school recruiting inte</w:t>
      </w:r>
      <w:r w:rsidR="00915596">
        <w:t>rnational students and boarders (desirable)</w:t>
      </w:r>
    </w:p>
    <w:p w14:paraId="2FCAFB1B" w14:textId="77777777" w:rsidR="00AC2BBC" w:rsidRDefault="00D44153">
      <w:pPr>
        <w:pStyle w:val="Heading3"/>
      </w:pPr>
      <w:r>
        <w:t>Skills</w:t>
      </w:r>
    </w:p>
    <w:p w14:paraId="19101AA5" w14:textId="77777777" w:rsidR="00AC2BBC" w:rsidRDefault="00D44153">
      <w:pPr>
        <w:pStyle w:val="ListBullet"/>
      </w:pPr>
      <w:r>
        <w:t>Strong organisational and time-management skills with excellent attention to detail.</w:t>
      </w:r>
    </w:p>
    <w:p w14:paraId="19DAEBA2" w14:textId="77777777" w:rsidR="00AC2BBC" w:rsidRDefault="00D44153">
      <w:pPr>
        <w:pStyle w:val="ListBullet"/>
      </w:pPr>
      <w:r>
        <w:t>Excellent written and verbal communication skills.</w:t>
      </w:r>
    </w:p>
    <w:p w14:paraId="7E8E6876" w14:textId="77777777" w:rsidR="00AC2BBC" w:rsidRDefault="00D44153">
      <w:pPr>
        <w:pStyle w:val="ListBullet"/>
      </w:pPr>
      <w:r>
        <w:t>Proficiency in MS Word and Excel.</w:t>
      </w:r>
    </w:p>
    <w:p w14:paraId="384A6310" w14:textId="77777777" w:rsidR="00AC2BBC" w:rsidRDefault="00D44153">
      <w:pPr>
        <w:pStyle w:val="ListBullet"/>
      </w:pPr>
      <w:r>
        <w:t>Ability to apply initiative and make well-informed decisions.</w:t>
      </w:r>
    </w:p>
    <w:p w14:paraId="18C741BE" w14:textId="77777777" w:rsidR="00AC2BBC" w:rsidRDefault="00D44153">
      <w:pPr>
        <w:pStyle w:val="ListBullet"/>
      </w:pPr>
      <w:r>
        <w:t>Desire to improve systems and processes continuously.</w:t>
      </w:r>
    </w:p>
    <w:p w14:paraId="2F31E333" w14:textId="77777777" w:rsidR="00AC2BBC" w:rsidRDefault="00D44153">
      <w:pPr>
        <w:pStyle w:val="Heading3"/>
      </w:pPr>
      <w:r>
        <w:lastRenderedPageBreak/>
        <w:t>Knowledge</w:t>
      </w:r>
    </w:p>
    <w:p w14:paraId="27E5F8D1" w14:textId="77777777" w:rsidR="00AC2BBC" w:rsidRDefault="00D44153">
      <w:pPr>
        <w:pStyle w:val="ListBullet"/>
      </w:pPr>
      <w:r>
        <w:t>Strong understanding of administrative systems and safeguarding expectations.</w:t>
      </w:r>
    </w:p>
    <w:p w14:paraId="3C8722DF" w14:textId="77777777" w:rsidR="00AC2BBC" w:rsidRDefault="00D44153">
      <w:pPr>
        <w:pStyle w:val="ListBullet"/>
      </w:pPr>
      <w:r>
        <w:t>Understanding of visa compliance requi</w:t>
      </w:r>
      <w:r w:rsidR="00915596">
        <w:t>rements for independent schools (desirable)</w:t>
      </w:r>
    </w:p>
    <w:p w14:paraId="2751A0A7" w14:textId="77777777" w:rsidR="00AC2BBC" w:rsidRDefault="00D44153">
      <w:pPr>
        <w:pStyle w:val="Heading3"/>
      </w:pPr>
      <w:r>
        <w:t>Personal Competencies and Qualities</w:t>
      </w:r>
    </w:p>
    <w:p w14:paraId="018CDFC4" w14:textId="77777777" w:rsidR="00AC2BBC" w:rsidRDefault="00D44153">
      <w:pPr>
        <w:pStyle w:val="ListBullet"/>
      </w:pPr>
      <w:r>
        <w:t>Reliable, tactful, methodical and calm, with an approachable manner.</w:t>
      </w:r>
    </w:p>
    <w:p w14:paraId="1471256B" w14:textId="77777777" w:rsidR="00AC2BBC" w:rsidRDefault="00D44153">
      <w:pPr>
        <w:pStyle w:val="ListBullet"/>
      </w:pPr>
      <w:r>
        <w:t>Outstanding administrative and record-keeping skills.</w:t>
      </w:r>
    </w:p>
    <w:p w14:paraId="53B52ABA" w14:textId="77777777" w:rsidR="00AC2BBC" w:rsidRDefault="00D44153">
      <w:pPr>
        <w:pStyle w:val="ListBullet"/>
      </w:pPr>
      <w:r>
        <w:t>Team player with a positive, can-do attitude.</w:t>
      </w:r>
    </w:p>
    <w:p w14:paraId="6834F108" w14:textId="77777777" w:rsidR="00AC2BBC" w:rsidRDefault="00D44153">
      <w:pPr>
        <w:pStyle w:val="ListBullet"/>
      </w:pPr>
      <w:r>
        <w:t>Professional appearance and commitment to the values of Bath Academy.</w:t>
      </w:r>
    </w:p>
    <w:p w14:paraId="520F9EC4" w14:textId="77777777" w:rsidR="00AC2BBC" w:rsidRDefault="00D44153">
      <w:pPr>
        <w:pStyle w:val="ListBullet"/>
      </w:pPr>
      <w:r>
        <w:t>Open to change and able to lead by example.</w:t>
      </w:r>
    </w:p>
    <w:sectPr w:rsidR="00AC2BB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3168F18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7730"/>
    <w:rsid w:val="00034616"/>
    <w:rsid w:val="0006063C"/>
    <w:rsid w:val="0015074B"/>
    <w:rsid w:val="0029639D"/>
    <w:rsid w:val="002D7CF5"/>
    <w:rsid w:val="00326F90"/>
    <w:rsid w:val="003D53EC"/>
    <w:rsid w:val="005D4ACB"/>
    <w:rsid w:val="00764AA5"/>
    <w:rsid w:val="00776BD7"/>
    <w:rsid w:val="00915596"/>
    <w:rsid w:val="00AA1D8D"/>
    <w:rsid w:val="00AC2BBC"/>
    <w:rsid w:val="00B47730"/>
    <w:rsid w:val="00BE173B"/>
    <w:rsid w:val="00BF18A4"/>
    <w:rsid w:val="00C17272"/>
    <w:rsid w:val="00C75B1F"/>
    <w:rsid w:val="00CB0664"/>
    <w:rsid w:val="00D44153"/>
    <w:rsid w:val="00D8769F"/>
    <w:rsid w:val="00ED7A8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584FD84"/>
  <w14:defaultImageDpi w14:val="300"/>
  <w15:docId w15:val="{A1EFC71D-4535-43BA-A23E-855246B24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E080AE-2B88-41CA-9925-1FCB20099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770</Words>
  <Characters>4395</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5155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Liam Hocking</cp:lastModifiedBy>
  <cp:revision>2</cp:revision>
  <dcterms:created xsi:type="dcterms:W3CDTF">2026-02-09T11:13:00Z</dcterms:created>
  <dcterms:modified xsi:type="dcterms:W3CDTF">2026-02-09T11:13:00Z</dcterms:modified>
  <cp:category/>
</cp:coreProperties>
</file>