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D68CC1" w14:textId="77777777" w:rsidR="004F6C6B" w:rsidRDefault="004F6C6B" w:rsidP="004F6C6B">
      <w:pPr>
        <w:jc w:val="center"/>
        <w:rPr>
          <w:rFonts w:ascii="Aptos" w:hAnsi="Aptos"/>
          <w:b/>
          <w:bCs/>
        </w:rPr>
      </w:pPr>
      <w:r w:rsidRPr="0066536B">
        <w:rPr>
          <w:noProof/>
        </w:rPr>
        <w:drawing>
          <wp:inline distT="0" distB="0" distL="0" distR="0" wp14:anchorId="4BF13954" wp14:editId="00311BB1">
            <wp:extent cx="914400" cy="1020932"/>
            <wp:effectExtent l="0" t="0" r="0" b="8255"/>
            <wp:docPr id="2" name="Picture 2" descr="H:\Scans\Caterham_logo_2016 CMYK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:\Scans\Caterham_logo_2016 CMYK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8934" cy="10259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3C7B8CD" w14:textId="7C13A60F" w:rsidR="004F6C6B" w:rsidRDefault="00DD626C" w:rsidP="000A63E6">
      <w:pPr>
        <w:ind w:left="-567"/>
        <w:jc w:val="center"/>
        <w:rPr>
          <w:rFonts w:ascii="Aptos" w:hAnsi="Aptos"/>
          <w:b/>
          <w:bCs/>
          <w:sz w:val="28"/>
          <w:szCs w:val="28"/>
        </w:rPr>
      </w:pPr>
      <w:r w:rsidRPr="005E73C6">
        <w:rPr>
          <w:rFonts w:ascii="Aptos" w:hAnsi="Aptos"/>
          <w:b/>
          <w:bCs/>
        </w:rPr>
        <w:br/>
      </w:r>
      <w:r w:rsidRPr="004F6C6B">
        <w:rPr>
          <w:rFonts w:ascii="Aptos" w:hAnsi="Aptos"/>
          <w:b/>
          <w:bCs/>
          <w:sz w:val="28"/>
          <w:szCs w:val="28"/>
        </w:rPr>
        <w:t>Assistant Housemaster/Housemistress (AHSM)</w:t>
      </w:r>
      <w:r w:rsidRPr="004F6C6B">
        <w:rPr>
          <w:rFonts w:ascii="Aptos" w:hAnsi="Aptos"/>
          <w:b/>
          <w:bCs/>
          <w:sz w:val="28"/>
          <w:szCs w:val="28"/>
        </w:rPr>
        <w:br/>
      </w:r>
    </w:p>
    <w:p w14:paraId="4439DE70" w14:textId="781D90BF" w:rsidR="00914B22" w:rsidRDefault="00914B22" w:rsidP="000A63E6">
      <w:pPr>
        <w:spacing w:after="0" w:line="240" w:lineRule="auto"/>
        <w:ind w:left="-567"/>
        <w:rPr>
          <w:rFonts w:ascii="Aptos" w:hAnsi="Aptos"/>
        </w:rPr>
      </w:pPr>
      <w:r w:rsidRPr="00555C74">
        <w:rPr>
          <w:rFonts w:ascii="Aptos" w:hAnsi="Aptos"/>
          <w:b/>
          <w:bCs/>
        </w:rPr>
        <w:t>Contract:</w:t>
      </w:r>
      <w:r w:rsidRPr="00555C74">
        <w:rPr>
          <w:rFonts w:ascii="Aptos" w:hAnsi="Aptos"/>
        </w:rPr>
        <w:t xml:space="preserve"> </w:t>
      </w:r>
      <w:r w:rsidR="00B46BC9" w:rsidRPr="00555C74">
        <w:rPr>
          <w:rFonts w:ascii="Aptos" w:hAnsi="Aptos"/>
        </w:rPr>
        <w:t>Fixed term</w:t>
      </w:r>
      <w:r w:rsidRPr="00555C74">
        <w:rPr>
          <w:rFonts w:ascii="Aptos" w:hAnsi="Aptos"/>
        </w:rPr>
        <w:t xml:space="preserve">, </w:t>
      </w:r>
      <w:r w:rsidR="00B46BC9">
        <w:rPr>
          <w:rFonts w:ascii="Aptos" w:hAnsi="Aptos"/>
        </w:rPr>
        <w:t xml:space="preserve">up to 48 hours per week on a </w:t>
      </w:r>
      <w:proofErr w:type="spellStart"/>
      <w:r w:rsidR="00B46BC9">
        <w:rPr>
          <w:rFonts w:ascii="Aptos" w:hAnsi="Aptos"/>
        </w:rPr>
        <w:t>rota</w:t>
      </w:r>
      <w:proofErr w:type="spellEnd"/>
      <w:r w:rsidR="00B46BC9">
        <w:rPr>
          <w:rFonts w:ascii="Aptos" w:hAnsi="Aptos"/>
        </w:rPr>
        <w:t xml:space="preserve"> basis</w:t>
      </w:r>
    </w:p>
    <w:p w14:paraId="26605062" w14:textId="77777777" w:rsidR="00B46BC9" w:rsidRDefault="00B46BC9" w:rsidP="00B46BC9">
      <w:pPr>
        <w:spacing w:after="0" w:line="240" w:lineRule="auto"/>
        <w:ind w:left="-567"/>
        <w:rPr>
          <w:rFonts w:ascii="Aptos" w:hAnsi="Aptos"/>
        </w:rPr>
      </w:pPr>
      <w:r w:rsidRPr="00555C74">
        <w:rPr>
          <w:rFonts w:ascii="Aptos" w:hAnsi="Aptos"/>
          <w:b/>
          <w:bCs/>
        </w:rPr>
        <w:t>Reports to:</w:t>
      </w:r>
      <w:r w:rsidRPr="00555C74">
        <w:rPr>
          <w:rFonts w:ascii="Aptos" w:hAnsi="Aptos"/>
        </w:rPr>
        <w:t xml:space="preserve"> </w:t>
      </w:r>
      <w:r>
        <w:rPr>
          <w:rFonts w:ascii="Aptos" w:hAnsi="Aptos"/>
        </w:rPr>
        <w:t xml:space="preserve">HSM &amp; </w:t>
      </w:r>
      <w:r w:rsidRPr="00555C74">
        <w:rPr>
          <w:rFonts w:ascii="Aptos" w:hAnsi="Aptos"/>
        </w:rPr>
        <w:t>Summer School</w:t>
      </w:r>
      <w:r>
        <w:rPr>
          <w:rFonts w:ascii="Aptos" w:hAnsi="Aptos"/>
        </w:rPr>
        <w:t xml:space="preserve"> Manager</w:t>
      </w:r>
    </w:p>
    <w:p w14:paraId="7875F22F" w14:textId="12655317" w:rsidR="00362F06" w:rsidRPr="003A39AA" w:rsidRDefault="00362F06" w:rsidP="00B46BC9">
      <w:pPr>
        <w:spacing w:after="0" w:line="240" w:lineRule="auto"/>
        <w:ind w:left="-567"/>
        <w:rPr>
          <w:rFonts w:ascii="Aptos" w:hAnsi="Aptos"/>
        </w:rPr>
      </w:pPr>
      <w:r w:rsidRPr="00555C74">
        <w:rPr>
          <w:rFonts w:ascii="Aptos" w:hAnsi="Aptos"/>
          <w:b/>
          <w:bCs/>
        </w:rPr>
        <w:t>Location:</w:t>
      </w:r>
      <w:r w:rsidRPr="00555C74">
        <w:rPr>
          <w:rFonts w:ascii="Aptos" w:hAnsi="Aptos"/>
        </w:rPr>
        <w:t xml:space="preserve"> Caterham School, Surrey</w:t>
      </w:r>
      <w:r w:rsidRPr="00555C74">
        <w:rPr>
          <w:rFonts w:ascii="Aptos" w:hAnsi="Aptos"/>
        </w:rPr>
        <w:br/>
      </w:r>
      <w:r w:rsidRPr="00E86FA4">
        <w:rPr>
          <w:rFonts w:ascii="Aptos" w:hAnsi="Aptos"/>
          <w:b/>
          <w:bCs/>
        </w:rPr>
        <w:t>Renumeration:</w:t>
      </w:r>
      <w:r>
        <w:rPr>
          <w:rFonts w:ascii="Aptos" w:hAnsi="Aptos"/>
          <w:b/>
          <w:bCs/>
        </w:rPr>
        <w:t xml:space="preserve"> </w:t>
      </w:r>
      <w:r>
        <w:rPr>
          <w:rFonts w:ascii="Aptos" w:hAnsi="Aptos"/>
        </w:rPr>
        <w:t>£</w:t>
      </w:r>
      <w:r w:rsidR="000A63E6">
        <w:rPr>
          <w:rFonts w:ascii="Aptos" w:hAnsi="Aptos"/>
        </w:rPr>
        <w:t>20.00</w:t>
      </w:r>
      <w:r>
        <w:rPr>
          <w:rFonts w:ascii="Aptos" w:hAnsi="Aptos"/>
        </w:rPr>
        <w:t xml:space="preserve"> per hour</w:t>
      </w:r>
    </w:p>
    <w:p w14:paraId="53EA9354" w14:textId="6FA1BBF8" w:rsidR="00362F06" w:rsidRPr="004F6C6B" w:rsidRDefault="00000000" w:rsidP="000A63E6">
      <w:pPr>
        <w:ind w:left="-567"/>
        <w:rPr>
          <w:rFonts w:ascii="Aptos" w:hAnsi="Aptos"/>
          <w:b/>
          <w:bCs/>
          <w:sz w:val="28"/>
          <w:szCs w:val="28"/>
        </w:rPr>
      </w:pPr>
      <w:r>
        <w:pict w14:anchorId="70C278D0">
          <v:rect id="_x0000_i1025" style="width:0;height:1.5pt" o:hralign="center" o:hrstd="t" o:hr="t" fillcolor="#a0a0a0" stroked="f"/>
        </w:pict>
      </w:r>
    </w:p>
    <w:p w14:paraId="4CBC2EC4" w14:textId="77777777" w:rsidR="000A63E6" w:rsidRDefault="00DD626C" w:rsidP="000A63E6">
      <w:pPr>
        <w:spacing w:after="0"/>
        <w:ind w:left="-567"/>
        <w:rPr>
          <w:rFonts w:ascii="Aptos" w:hAnsi="Aptos"/>
          <w:b/>
          <w:bCs/>
        </w:rPr>
      </w:pPr>
      <w:r w:rsidRPr="005E73C6">
        <w:rPr>
          <w:rFonts w:ascii="Aptos" w:hAnsi="Aptos"/>
          <w:b/>
          <w:bCs/>
        </w:rPr>
        <w:t>Overview</w:t>
      </w:r>
    </w:p>
    <w:p w14:paraId="2A5F55D5" w14:textId="77777777" w:rsidR="000A63E6" w:rsidRDefault="00DD626C" w:rsidP="000A63E6">
      <w:pPr>
        <w:spacing w:after="0"/>
        <w:ind w:left="-567"/>
        <w:rPr>
          <w:rFonts w:ascii="Aptos" w:hAnsi="Aptos"/>
        </w:rPr>
      </w:pPr>
      <w:r w:rsidRPr="005E73C6">
        <w:rPr>
          <w:rFonts w:ascii="Aptos" w:hAnsi="Aptos"/>
          <w:b/>
          <w:bCs/>
        </w:rPr>
        <w:br/>
      </w:r>
      <w:r w:rsidRPr="005E73C6">
        <w:rPr>
          <w:rFonts w:ascii="Aptos" w:hAnsi="Aptos"/>
        </w:rPr>
        <w:t>The Assistant Housemaster/Housemistress (AHSM) supports the HSM in delivering high</w:t>
      </w:r>
      <w:r w:rsidRPr="005E73C6">
        <w:rPr>
          <w:rFonts w:ascii="Cambria Math" w:hAnsi="Cambria Math" w:cs="Cambria Math"/>
        </w:rPr>
        <w:t>‑</w:t>
      </w:r>
      <w:r w:rsidRPr="005E73C6">
        <w:rPr>
          <w:rFonts w:ascii="Aptos" w:hAnsi="Aptos"/>
        </w:rPr>
        <w:t>quality pastoral care, safeguarding, and operational management within the residential Summer School. The AHSM plays a key role in maintaining a safe, structured, and nurturing boarding environment for international students aged 11</w:t>
      </w:r>
      <w:r w:rsidRPr="005E73C6">
        <w:rPr>
          <w:rFonts w:ascii="Aptos" w:hAnsi="Aptos" w:cs="Aptos"/>
        </w:rPr>
        <w:t>–</w:t>
      </w:r>
      <w:r w:rsidRPr="005E73C6">
        <w:rPr>
          <w:rFonts w:ascii="Aptos" w:hAnsi="Aptos"/>
        </w:rPr>
        <w:t xml:space="preserve">17. Responsibilities reflect the Summer School timetable, activity </w:t>
      </w:r>
      <w:proofErr w:type="spellStart"/>
      <w:r w:rsidRPr="005E73C6">
        <w:rPr>
          <w:rFonts w:ascii="Aptos" w:hAnsi="Aptos"/>
        </w:rPr>
        <w:t>programme</w:t>
      </w:r>
      <w:proofErr w:type="spellEnd"/>
      <w:r w:rsidRPr="005E73C6">
        <w:rPr>
          <w:rFonts w:ascii="Aptos" w:hAnsi="Aptos"/>
        </w:rPr>
        <w:t xml:space="preserve">, and </w:t>
      </w:r>
      <w:proofErr w:type="spellStart"/>
      <w:r w:rsidRPr="005E73C6">
        <w:rPr>
          <w:rFonts w:ascii="Aptos" w:hAnsi="Aptos"/>
        </w:rPr>
        <w:t>rota</w:t>
      </w:r>
      <w:proofErr w:type="spellEnd"/>
      <w:r w:rsidRPr="005E73C6">
        <w:rPr>
          <w:rFonts w:ascii="Aptos" w:hAnsi="Aptos"/>
        </w:rPr>
        <w:t xml:space="preserve"> structure.</w:t>
      </w:r>
    </w:p>
    <w:p w14:paraId="3E016FE6" w14:textId="77777777" w:rsidR="0063061E" w:rsidRDefault="00000000" w:rsidP="0063061E">
      <w:pPr>
        <w:spacing w:after="0"/>
        <w:ind w:left="-567"/>
        <w:rPr>
          <w:rFonts w:ascii="Aptos" w:hAnsi="Aptos"/>
          <w:b/>
          <w:bCs/>
        </w:rPr>
      </w:pPr>
      <w:r>
        <w:pict w14:anchorId="266C8F4B">
          <v:rect id="_x0000_i1026" style="width:0;height:1.5pt" o:hralign="center" o:hrstd="t" o:hr="t" fillcolor="#a0a0a0" stroked="f"/>
        </w:pict>
      </w:r>
      <w:r w:rsidR="00DD626C" w:rsidRPr="005E73C6">
        <w:rPr>
          <w:rFonts w:ascii="Aptos" w:hAnsi="Aptos"/>
        </w:rPr>
        <w:br/>
      </w:r>
      <w:r w:rsidR="00DD626C" w:rsidRPr="005E73C6">
        <w:rPr>
          <w:rFonts w:ascii="Aptos" w:hAnsi="Aptos"/>
        </w:rPr>
        <w:br/>
      </w:r>
      <w:r w:rsidR="00DD626C" w:rsidRPr="005E73C6">
        <w:rPr>
          <w:rFonts w:ascii="Aptos" w:hAnsi="Aptos"/>
          <w:b/>
          <w:bCs/>
        </w:rPr>
        <w:t>Key Responsibilities</w:t>
      </w:r>
    </w:p>
    <w:p w14:paraId="0D1B4E42" w14:textId="77777777" w:rsidR="0063061E" w:rsidRDefault="0063061E" w:rsidP="0063061E">
      <w:pPr>
        <w:spacing w:after="0"/>
        <w:ind w:left="-567"/>
        <w:rPr>
          <w:rFonts w:ascii="Aptos" w:hAnsi="Aptos"/>
          <w:b/>
          <w:bCs/>
        </w:rPr>
      </w:pPr>
    </w:p>
    <w:p w14:paraId="0B20F913" w14:textId="77777777" w:rsidR="0063061E" w:rsidRDefault="00DD626C" w:rsidP="0063061E">
      <w:pPr>
        <w:pStyle w:val="ListParagraph"/>
        <w:numPr>
          <w:ilvl w:val="0"/>
          <w:numId w:val="10"/>
        </w:numPr>
        <w:spacing w:after="0"/>
        <w:rPr>
          <w:rFonts w:ascii="Aptos" w:hAnsi="Aptos"/>
          <w:b/>
          <w:bCs/>
        </w:rPr>
      </w:pPr>
      <w:r w:rsidRPr="0063061E">
        <w:rPr>
          <w:rFonts w:ascii="Aptos" w:hAnsi="Aptos"/>
          <w:b/>
          <w:bCs/>
        </w:rPr>
        <w:t>Safety &amp; Welfare of Students</w:t>
      </w:r>
    </w:p>
    <w:p w14:paraId="0A9924E7" w14:textId="77777777" w:rsidR="0063061E" w:rsidRPr="0063061E" w:rsidRDefault="0063061E" w:rsidP="0063061E">
      <w:pPr>
        <w:pStyle w:val="ListParagraph"/>
        <w:numPr>
          <w:ilvl w:val="0"/>
          <w:numId w:val="11"/>
        </w:numPr>
        <w:spacing w:after="0"/>
        <w:rPr>
          <w:rFonts w:ascii="Aptos" w:hAnsi="Aptos"/>
          <w:b/>
          <w:bCs/>
        </w:rPr>
      </w:pPr>
      <w:r w:rsidRPr="0063061E">
        <w:rPr>
          <w:rFonts w:ascii="Aptos" w:hAnsi="Aptos"/>
        </w:rPr>
        <w:t>Support the HSM in ensuring pupils’ welfare, safety, and emotional wellbeing.</w:t>
      </w:r>
    </w:p>
    <w:p w14:paraId="38DD3351" w14:textId="77777777" w:rsidR="0063061E" w:rsidRPr="0063061E" w:rsidRDefault="0063061E" w:rsidP="0063061E">
      <w:pPr>
        <w:pStyle w:val="ListParagraph"/>
        <w:numPr>
          <w:ilvl w:val="0"/>
          <w:numId w:val="11"/>
        </w:numPr>
        <w:spacing w:after="0"/>
        <w:rPr>
          <w:rFonts w:ascii="Aptos" w:hAnsi="Aptos"/>
          <w:b/>
          <w:bCs/>
        </w:rPr>
      </w:pPr>
      <w:r w:rsidRPr="0063061E">
        <w:rPr>
          <w:rFonts w:ascii="Aptos" w:hAnsi="Aptos"/>
        </w:rPr>
        <w:t>Provide a visible and supportive pastoral presence throughout the daily schedule.</w:t>
      </w:r>
    </w:p>
    <w:p w14:paraId="00F2839E" w14:textId="77777777" w:rsidR="0063061E" w:rsidRPr="0063061E" w:rsidRDefault="0063061E" w:rsidP="0063061E">
      <w:pPr>
        <w:pStyle w:val="ListParagraph"/>
        <w:numPr>
          <w:ilvl w:val="0"/>
          <w:numId w:val="11"/>
        </w:numPr>
        <w:spacing w:after="0"/>
        <w:rPr>
          <w:rFonts w:ascii="Aptos" w:hAnsi="Aptos"/>
          <w:b/>
          <w:bCs/>
        </w:rPr>
      </w:pPr>
      <w:r w:rsidRPr="0063061E">
        <w:rPr>
          <w:rFonts w:ascii="Aptos" w:hAnsi="Aptos"/>
        </w:rPr>
        <w:t>Assist in settling new arrivals and monitoring student wellbeing.</w:t>
      </w:r>
    </w:p>
    <w:p w14:paraId="00D1724A" w14:textId="599A3CA8" w:rsidR="000A63E6" w:rsidRPr="0063061E" w:rsidRDefault="0063061E" w:rsidP="0063061E">
      <w:pPr>
        <w:pStyle w:val="ListParagraph"/>
        <w:numPr>
          <w:ilvl w:val="0"/>
          <w:numId w:val="11"/>
        </w:numPr>
        <w:spacing w:after="0"/>
        <w:rPr>
          <w:rFonts w:ascii="Aptos" w:hAnsi="Aptos"/>
          <w:b/>
          <w:bCs/>
        </w:rPr>
      </w:pPr>
      <w:r w:rsidRPr="0063061E">
        <w:rPr>
          <w:rFonts w:ascii="Aptos" w:hAnsi="Aptos"/>
        </w:rPr>
        <w:t>Liaise with the Health Centre regarding student medical needs.</w:t>
      </w:r>
    </w:p>
    <w:p w14:paraId="4BB11D9E" w14:textId="77777777" w:rsidR="000A63E6" w:rsidRDefault="000A63E6" w:rsidP="000A63E6">
      <w:pPr>
        <w:spacing w:after="0"/>
        <w:ind w:left="-284" w:hanging="283"/>
        <w:rPr>
          <w:rFonts w:ascii="Aptos" w:hAnsi="Aptos"/>
        </w:rPr>
      </w:pPr>
    </w:p>
    <w:p w14:paraId="77DBB71B" w14:textId="430C818B" w:rsidR="00426E4C" w:rsidRPr="00426E4C" w:rsidRDefault="00DD626C" w:rsidP="00426E4C">
      <w:pPr>
        <w:pStyle w:val="ListParagraph"/>
        <w:numPr>
          <w:ilvl w:val="0"/>
          <w:numId w:val="10"/>
        </w:numPr>
        <w:spacing w:after="0"/>
        <w:rPr>
          <w:rFonts w:ascii="Aptos" w:hAnsi="Aptos"/>
          <w:b/>
          <w:bCs/>
        </w:rPr>
      </w:pPr>
      <w:r w:rsidRPr="00426E4C">
        <w:rPr>
          <w:rFonts w:ascii="Aptos" w:hAnsi="Aptos"/>
          <w:b/>
          <w:bCs/>
        </w:rPr>
        <w:t>Boarding House Operations</w:t>
      </w:r>
    </w:p>
    <w:p w14:paraId="40E79114" w14:textId="77777777" w:rsidR="00426E4C" w:rsidRPr="00426E4C" w:rsidRDefault="00426E4C" w:rsidP="00426E4C">
      <w:pPr>
        <w:pStyle w:val="ListParagraph"/>
        <w:numPr>
          <w:ilvl w:val="0"/>
          <w:numId w:val="12"/>
        </w:numPr>
        <w:spacing w:after="0"/>
        <w:rPr>
          <w:rFonts w:ascii="Aptos" w:hAnsi="Aptos"/>
          <w:b/>
          <w:bCs/>
        </w:rPr>
      </w:pPr>
      <w:r w:rsidRPr="00426E4C">
        <w:rPr>
          <w:rFonts w:ascii="Aptos" w:hAnsi="Aptos"/>
        </w:rPr>
        <w:t xml:space="preserve">Assist with supervision of the boarding house, including routines, </w:t>
      </w:r>
      <w:proofErr w:type="spellStart"/>
      <w:r w:rsidRPr="00426E4C">
        <w:rPr>
          <w:rFonts w:ascii="Aptos" w:hAnsi="Aptos"/>
        </w:rPr>
        <w:t>behaviour</w:t>
      </w:r>
      <w:proofErr w:type="spellEnd"/>
      <w:r w:rsidRPr="00426E4C">
        <w:rPr>
          <w:rFonts w:ascii="Aptos" w:hAnsi="Aptos"/>
        </w:rPr>
        <w:t xml:space="preserve">, and daily </w:t>
      </w:r>
      <w:proofErr w:type="spellStart"/>
      <w:r w:rsidRPr="00426E4C">
        <w:rPr>
          <w:rFonts w:ascii="Aptos" w:hAnsi="Aptos"/>
        </w:rPr>
        <w:t>organisation</w:t>
      </w:r>
      <w:proofErr w:type="spellEnd"/>
      <w:r w:rsidRPr="00426E4C">
        <w:rPr>
          <w:rFonts w:ascii="Aptos" w:hAnsi="Aptos"/>
        </w:rPr>
        <w:t>.</w:t>
      </w:r>
    </w:p>
    <w:p w14:paraId="0880F904" w14:textId="77777777" w:rsidR="00426E4C" w:rsidRPr="00426E4C" w:rsidRDefault="00426E4C" w:rsidP="00426E4C">
      <w:pPr>
        <w:pStyle w:val="ListParagraph"/>
        <w:numPr>
          <w:ilvl w:val="0"/>
          <w:numId w:val="12"/>
        </w:numPr>
        <w:spacing w:after="0"/>
        <w:rPr>
          <w:rFonts w:ascii="Aptos" w:hAnsi="Aptos"/>
          <w:b/>
          <w:bCs/>
        </w:rPr>
      </w:pPr>
      <w:r w:rsidRPr="00426E4C">
        <w:rPr>
          <w:rFonts w:ascii="Aptos" w:hAnsi="Aptos"/>
        </w:rPr>
        <w:t>Help ensure the house is orderly, safe, and welcoming.</w:t>
      </w:r>
    </w:p>
    <w:p w14:paraId="7073C94E" w14:textId="77777777" w:rsidR="00426E4C" w:rsidRPr="00426E4C" w:rsidRDefault="00426E4C" w:rsidP="00426E4C">
      <w:pPr>
        <w:pStyle w:val="ListParagraph"/>
        <w:numPr>
          <w:ilvl w:val="0"/>
          <w:numId w:val="12"/>
        </w:numPr>
        <w:spacing w:after="0"/>
        <w:rPr>
          <w:rFonts w:ascii="Aptos" w:hAnsi="Aptos"/>
          <w:b/>
          <w:bCs/>
        </w:rPr>
      </w:pPr>
      <w:r w:rsidRPr="00426E4C">
        <w:rPr>
          <w:rFonts w:ascii="Aptos" w:hAnsi="Aptos"/>
        </w:rPr>
        <w:t>Support room allocations, house meetings, and communication with parents and staff.</w:t>
      </w:r>
    </w:p>
    <w:p w14:paraId="1D8C84F7" w14:textId="77777777" w:rsidR="00426E4C" w:rsidRPr="00426E4C" w:rsidRDefault="00426E4C" w:rsidP="00426E4C">
      <w:pPr>
        <w:pStyle w:val="ListParagraph"/>
        <w:numPr>
          <w:ilvl w:val="0"/>
          <w:numId w:val="12"/>
        </w:numPr>
        <w:spacing w:after="0"/>
        <w:rPr>
          <w:rFonts w:ascii="Aptos" w:hAnsi="Aptos"/>
          <w:b/>
          <w:bCs/>
        </w:rPr>
      </w:pPr>
      <w:r w:rsidRPr="00426E4C">
        <w:rPr>
          <w:rFonts w:ascii="Aptos" w:hAnsi="Aptos"/>
        </w:rPr>
        <w:t>Keep accurate records of incidents, welfare updates, and daily notes.</w:t>
      </w:r>
    </w:p>
    <w:p w14:paraId="67F86A0B" w14:textId="77777777" w:rsidR="0069297A" w:rsidRDefault="0069297A" w:rsidP="00426E4C">
      <w:pPr>
        <w:pStyle w:val="ListParagraph"/>
        <w:spacing w:after="0"/>
        <w:ind w:left="513"/>
        <w:rPr>
          <w:rFonts w:ascii="Aptos" w:hAnsi="Aptos"/>
        </w:rPr>
      </w:pPr>
    </w:p>
    <w:p w14:paraId="2876AD35" w14:textId="6BDF805A" w:rsidR="0069297A" w:rsidRDefault="00DD626C" w:rsidP="0069297A">
      <w:pPr>
        <w:pStyle w:val="ListParagraph"/>
        <w:numPr>
          <w:ilvl w:val="0"/>
          <w:numId w:val="10"/>
        </w:numPr>
        <w:spacing w:after="0"/>
        <w:rPr>
          <w:rFonts w:ascii="Aptos" w:hAnsi="Aptos"/>
          <w:b/>
          <w:bCs/>
        </w:rPr>
      </w:pPr>
      <w:proofErr w:type="spellStart"/>
      <w:r w:rsidRPr="00426E4C">
        <w:rPr>
          <w:rFonts w:ascii="Aptos" w:hAnsi="Aptos"/>
          <w:b/>
          <w:bCs/>
        </w:rPr>
        <w:t>Programme</w:t>
      </w:r>
      <w:proofErr w:type="spellEnd"/>
      <w:r w:rsidRPr="00426E4C">
        <w:rPr>
          <w:rFonts w:ascii="Aptos" w:hAnsi="Aptos"/>
          <w:b/>
          <w:bCs/>
        </w:rPr>
        <w:t xml:space="preserve"> &amp; Activity Support</w:t>
      </w:r>
    </w:p>
    <w:p w14:paraId="32AB264D" w14:textId="77777777" w:rsidR="0069297A" w:rsidRPr="0069297A" w:rsidRDefault="0069297A" w:rsidP="0069297A">
      <w:pPr>
        <w:pStyle w:val="ListParagraph"/>
        <w:numPr>
          <w:ilvl w:val="0"/>
          <w:numId w:val="13"/>
        </w:numPr>
        <w:spacing w:after="0"/>
        <w:rPr>
          <w:rFonts w:ascii="Aptos" w:hAnsi="Aptos"/>
          <w:b/>
          <w:bCs/>
        </w:rPr>
      </w:pPr>
      <w:r w:rsidRPr="00426E4C">
        <w:rPr>
          <w:rFonts w:ascii="Aptos" w:hAnsi="Aptos"/>
        </w:rPr>
        <w:t>Supervise transitions, activities, excursions, and evening events.</w:t>
      </w:r>
    </w:p>
    <w:p w14:paraId="7A869F65" w14:textId="77777777" w:rsidR="0069297A" w:rsidRPr="0069297A" w:rsidRDefault="0069297A" w:rsidP="0069297A">
      <w:pPr>
        <w:pStyle w:val="ListParagraph"/>
        <w:numPr>
          <w:ilvl w:val="0"/>
          <w:numId w:val="13"/>
        </w:numPr>
        <w:spacing w:after="0"/>
        <w:rPr>
          <w:rFonts w:ascii="Aptos" w:hAnsi="Aptos"/>
          <w:b/>
          <w:bCs/>
        </w:rPr>
      </w:pPr>
      <w:r w:rsidRPr="00426E4C">
        <w:rPr>
          <w:rFonts w:ascii="Aptos" w:hAnsi="Aptos"/>
        </w:rPr>
        <w:t>Provide pastoral cover during sports academies, WildCats outdoor learning, social events, and trips.</w:t>
      </w:r>
    </w:p>
    <w:p w14:paraId="1AA53A2C" w14:textId="77777777" w:rsidR="0069297A" w:rsidRPr="0069297A" w:rsidRDefault="0069297A" w:rsidP="0069297A">
      <w:pPr>
        <w:pStyle w:val="ListParagraph"/>
        <w:numPr>
          <w:ilvl w:val="0"/>
          <w:numId w:val="13"/>
        </w:numPr>
        <w:spacing w:after="0"/>
        <w:rPr>
          <w:rFonts w:ascii="Aptos" w:hAnsi="Aptos"/>
          <w:b/>
          <w:bCs/>
        </w:rPr>
      </w:pPr>
      <w:r w:rsidRPr="00426E4C">
        <w:rPr>
          <w:rFonts w:ascii="Aptos" w:hAnsi="Aptos"/>
        </w:rPr>
        <w:t xml:space="preserve">Encourage positive engagement and participation across the </w:t>
      </w:r>
      <w:proofErr w:type="spellStart"/>
      <w:r w:rsidRPr="00426E4C">
        <w:rPr>
          <w:rFonts w:ascii="Aptos" w:hAnsi="Aptos"/>
        </w:rPr>
        <w:t>programme</w:t>
      </w:r>
      <w:proofErr w:type="spellEnd"/>
      <w:r w:rsidRPr="00426E4C">
        <w:rPr>
          <w:rFonts w:ascii="Aptos" w:hAnsi="Aptos"/>
        </w:rPr>
        <w:t>.</w:t>
      </w:r>
    </w:p>
    <w:p w14:paraId="68B25039" w14:textId="77777777" w:rsidR="0069297A" w:rsidRDefault="00DD626C" w:rsidP="0069297A">
      <w:pPr>
        <w:spacing w:after="0"/>
        <w:rPr>
          <w:rFonts w:ascii="Aptos" w:hAnsi="Aptos"/>
        </w:rPr>
      </w:pPr>
      <w:r w:rsidRPr="0069297A">
        <w:rPr>
          <w:rFonts w:ascii="Aptos" w:hAnsi="Aptos"/>
        </w:rPr>
        <w:br/>
      </w:r>
    </w:p>
    <w:p w14:paraId="2876A908" w14:textId="77777777" w:rsidR="0069297A" w:rsidRDefault="00DD626C" w:rsidP="00335206">
      <w:pPr>
        <w:spacing w:after="0"/>
        <w:ind w:left="-426"/>
        <w:rPr>
          <w:rFonts w:ascii="Aptos" w:hAnsi="Aptos"/>
          <w:b/>
          <w:bCs/>
        </w:rPr>
      </w:pPr>
      <w:r w:rsidRPr="0069297A">
        <w:rPr>
          <w:rFonts w:ascii="Aptos" w:hAnsi="Aptos"/>
        </w:rPr>
        <w:lastRenderedPageBreak/>
        <w:br/>
      </w:r>
      <w:r w:rsidRPr="0069297A">
        <w:rPr>
          <w:rFonts w:ascii="Aptos" w:hAnsi="Aptos"/>
          <w:b/>
          <w:bCs/>
        </w:rPr>
        <w:t>4. Staff Collaboration &amp; Communication</w:t>
      </w:r>
    </w:p>
    <w:p w14:paraId="364D8D2F" w14:textId="77777777" w:rsidR="0069297A" w:rsidRPr="0069297A" w:rsidRDefault="0069297A" w:rsidP="00335206">
      <w:pPr>
        <w:pStyle w:val="ListParagraph"/>
        <w:numPr>
          <w:ilvl w:val="0"/>
          <w:numId w:val="14"/>
        </w:numPr>
        <w:spacing w:after="0"/>
        <w:ind w:left="426"/>
        <w:rPr>
          <w:rFonts w:ascii="Aptos" w:hAnsi="Aptos"/>
          <w:b/>
          <w:bCs/>
        </w:rPr>
      </w:pPr>
      <w:r w:rsidRPr="0069297A">
        <w:rPr>
          <w:rFonts w:ascii="Aptos" w:hAnsi="Aptos"/>
        </w:rPr>
        <w:t>Work closely with the HSM, tutors, and activity leaders to ensure smooth daily operations.</w:t>
      </w:r>
    </w:p>
    <w:p w14:paraId="517FA451" w14:textId="77777777" w:rsidR="00335206" w:rsidRPr="00335206" w:rsidRDefault="0069297A" w:rsidP="00335206">
      <w:pPr>
        <w:pStyle w:val="ListParagraph"/>
        <w:numPr>
          <w:ilvl w:val="0"/>
          <w:numId w:val="14"/>
        </w:numPr>
        <w:spacing w:after="0"/>
        <w:ind w:left="426"/>
        <w:rPr>
          <w:rFonts w:ascii="Aptos" w:hAnsi="Aptos"/>
          <w:b/>
          <w:bCs/>
        </w:rPr>
      </w:pPr>
      <w:r w:rsidRPr="0069297A">
        <w:rPr>
          <w:rFonts w:ascii="Aptos" w:hAnsi="Aptos"/>
        </w:rPr>
        <w:t>Attend team briefings and share relevant pastoral updates.</w:t>
      </w:r>
    </w:p>
    <w:p w14:paraId="3A2EF649" w14:textId="6FEC2621" w:rsidR="00EA65FF" w:rsidRPr="00335206" w:rsidRDefault="0069297A" w:rsidP="00335206">
      <w:pPr>
        <w:pStyle w:val="ListParagraph"/>
        <w:numPr>
          <w:ilvl w:val="0"/>
          <w:numId w:val="14"/>
        </w:numPr>
        <w:spacing w:after="0"/>
        <w:ind w:left="426"/>
        <w:rPr>
          <w:rFonts w:ascii="Aptos" w:hAnsi="Aptos"/>
          <w:b/>
          <w:bCs/>
        </w:rPr>
      </w:pPr>
      <w:r w:rsidRPr="00335206">
        <w:rPr>
          <w:rFonts w:ascii="Aptos" w:hAnsi="Aptos"/>
        </w:rPr>
        <w:t>Promote a culture of kindness, respect, and community</w:t>
      </w:r>
      <w:r w:rsidR="00000000">
        <w:pict w14:anchorId="5AC291B4">
          <v:rect id="_x0000_i1027" style="width:0;height:1.5pt" o:hralign="center" o:hrstd="t" o:hr="t" fillcolor="#a0a0a0" stroked="f"/>
        </w:pict>
      </w:r>
      <w:r w:rsidR="00DD626C" w:rsidRPr="00335206">
        <w:rPr>
          <w:rFonts w:ascii="Aptos" w:hAnsi="Aptos"/>
        </w:rPr>
        <w:br/>
      </w:r>
    </w:p>
    <w:p w14:paraId="2CCB00C5" w14:textId="77777777" w:rsidR="00AD5C29" w:rsidRDefault="00DD626C" w:rsidP="00AD5C29">
      <w:pPr>
        <w:ind w:left="-426"/>
        <w:rPr>
          <w:rFonts w:ascii="Aptos" w:hAnsi="Aptos"/>
          <w:b/>
          <w:bCs/>
        </w:rPr>
      </w:pPr>
      <w:r w:rsidRPr="005E73C6">
        <w:rPr>
          <w:rFonts w:ascii="Aptos" w:hAnsi="Aptos"/>
          <w:b/>
          <w:bCs/>
        </w:rPr>
        <w:t>Working Hours &amp; Rota (Summer School)</w:t>
      </w:r>
    </w:p>
    <w:p w14:paraId="6F43B81B" w14:textId="77777777" w:rsidR="00AD5C29" w:rsidRDefault="00AD5C29" w:rsidP="00AD5C29">
      <w:pPr>
        <w:pStyle w:val="ListParagraph"/>
        <w:numPr>
          <w:ilvl w:val="0"/>
          <w:numId w:val="15"/>
        </w:numPr>
        <w:rPr>
          <w:rFonts w:ascii="Aptos" w:hAnsi="Aptos"/>
        </w:rPr>
      </w:pPr>
      <w:r w:rsidRPr="00AD5C29">
        <w:rPr>
          <w:rFonts w:ascii="Aptos" w:hAnsi="Aptos"/>
        </w:rPr>
        <w:t>Morning and evening pastoral support in the boarding house</w:t>
      </w:r>
    </w:p>
    <w:p w14:paraId="33E91228" w14:textId="77777777" w:rsidR="00AD5C29" w:rsidRDefault="00AD5C29" w:rsidP="00AD5C29">
      <w:pPr>
        <w:pStyle w:val="ListParagraph"/>
        <w:numPr>
          <w:ilvl w:val="0"/>
          <w:numId w:val="15"/>
        </w:numPr>
        <w:rPr>
          <w:rFonts w:ascii="Aptos" w:hAnsi="Aptos"/>
        </w:rPr>
      </w:pPr>
      <w:r w:rsidRPr="00AD5C29">
        <w:rPr>
          <w:rFonts w:ascii="Aptos" w:hAnsi="Aptos"/>
        </w:rPr>
        <w:t>Must be resident in provided accommodation overnight on duty evenings and on-call</w:t>
      </w:r>
    </w:p>
    <w:p w14:paraId="1EF20539" w14:textId="77777777" w:rsidR="00AD5C29" w:rsidRDefault="00AD5C29" w:rsidP="00AD5C29">
      <w:pPr>
        <w:pStyle w:val="ListParagraph"/>
        <w:numPr>
          <w:ilvl w:val="0"/>
          <w:numId w:val="15"/>
        </w:numPr>
        <w:rPr>
          <w:rFonts w:ascii="Aptos" w:hAnsi="Aptos"/>
        </w:rPr>
      </w:pPr>
      <w:r w:rsidRPr="00AD5C29">
        <w:rPr>
          <w:rFonts w:ascii="Aptos" w:hAnsi="Aptos"/>
        </w:rPr>
        <w:t xml:space="preserve">Up to 48 hours per week on a </w:t>
      </w:r>
      <w:proofErr w:type="spellStart"/>
      <w:r w:rsidRPr="00AD5C29">
        <w:rPr>
          <w:rFonts w:ascii="Aptos" w:hAnsi="Aptos"/>
        </w:rPr>
        <w:t>rota</w:t>
      </w:r>
      <w:proofErr w:type="spellEnd"/>
      <w:r w:rsidRPr="00AD5C29">
        <w:rPr>
          <w:rFonts w:ascii="Aptos" w:hAnsi="Aptos"/>
        </w:rPr>
        <w:t xml:space="preserve"> basis.</w:t>
      </w:r>
    </w:p>
    <w:p w14:paraId="57FAD114" w14:textId="77777777" w:rsidR="00AD5C29" w:rsidRDefault="00AD5C29" w:rsidP="00AD5C29">
      <w:pPr>
        <w:pStyle w:val="ListParagraph"/>
        <w:numPr>
          <w:ilvl w:val="0"/>
          <w:numId w:val="15"/>
        </w:numPr>
        <w:rPr>
          <w:rFonts w:ascii="Aptos" w:hAnsi="Aptos"/>
        </w:rPr>
      </w:pPr>
      <w:r w:rsidRPr="00AD5C29">
        <w:rPr>
          <w:rFonts w:ascii="Aptos" w:hAnsi="Aptos"/>
        </w:rPr>
        <w:t xml:space="preserve">At least one HSM or AHSM on duty </w:t>
      </w:r>
      <w:proofErr w:type="gramStart"/>
      <w:r w:rsidRPr="00AD5C29">
        <w:rPr>
          <w:rFonts w:ascii="Aptos" w:hAnsi="Aptos"/>
        </w:rPr>
        <w:t>at all times</w:t>
      </w:r>
      <w:proofErr w:type="gramEnd"/>
      <w:r w:rsidRPr="00AD5C29">
        <w:rPr>
          <w:rFonts w:ascii="Aptos" w:hAnsi="Aptos"/>
        </w:rPr>
        <w:t>.</w:t>
      </w:r>
    </w:p>
    <w:p w14:paraId="333161BA" w14:textId="77777777" w:rsidR="00D0055D" w:rsidRPr="00D0055D" w:rsidRDefault="00AD5C29" w:rsidP="00AD5C29">
      <w:pPr>
        <w:pStyle w:val="ListParagraph"/>
        <w:numPr>
          <w:ilvl w:val="0"/>
          <w:numId w:val="15"/>
        </w:numPr>
        <w:rPr>
          <w:rFonts w:ascii="Aptos" w:hAnsi="Aptos"/>
        </w:rPr>
      </w:pPr>
      <w:r w:rsidRPr="00AD5C29">
        <w:rPr>
          <w:rFonts w:ascii="Aptos" w:hAnsi="Aptos"/>
        </w:rPr>
        <w:t>Two days off per week</w:t>
      </w:r>
    </w:p>
    <w:p w14:paraId="5FB424FB" w14:textId="4A36F11B" w:rsidR="00D0055D" w:rsidRDefault="00000000" w:rsidP="00D0055D">
      <w:pPr>
        <w:ind w:left="-426"/>
        <w:rPr>
          <w:rFonts w:ascii="Aptos" w:hAnsi="Aptos"/>
          <w:b/>
          <w:bCs/>
        </w:rPr>
      </w:pPr>
      <w:r>
        <w:pict w14:anchorId="3E8D34FF">
          <v:rect id="_x0000_i1028" style="width:0;height:1.5pt" o:hralign="center" o:hrstd="t" o:hr="t" fillcolor="#a0a0a0" stroked="f"/>
        </w:pict>
      </w:r>
    </w:p>
    <w:p w14:paraId="78511C1A" w14:textId="46CA733F" w:rsidR="00D0055D" w:rsidRDefault="00DD626C" w:rsidP="00D0055D">
      <w:pPr>
        <w:ind w:left="-426"/>
        <w:rPr>
          <w:rFonts w:ascii="Aptos" w:hAnsi="Aptos"/>
          <w:b/>
          <w:bCs/>
        </w:rPr>
      </w:pPr>
      <w:r w:rsidRPr="00D0055D">
        <w:rPr>
          <w:rFonts w:ascii="Aptos" w:hAnsi="Aptos"/>
          <w:b/>
          <w:bCs/>
        </w:rPr>
        <w:t>Terms</w:t>
      </w:r>
    </w:p>
    <w:p w14:paraId="58596F42" w14:textId="77777777" w:rsidR="00D0055D" w:rsidRDefault="00D0055D" w:rsidP="00D0055D">
      <w:pPr>
        <w:pStyle w:val="ListParagraph"/>
        <w:numPr>
          <w:ilvl w:val="0"/>
          <w:numId w:val="16"/>
        </w:numPr>
        <w:rPr>
          <w:rFonts w:ascii="Aptos" w:hAnsi="Aptos"/>
        </w:rPr>
      </w:pPr>
      <w:r w:rsidRPr="00D0055D">
        <w:rPr>
          <w:rFonts w:ascii="Aptos" w:hAnsi="Aptos"/>
        </w:rPr>
        <w:t>Residential, full</w:t>
      </w:r>
      <w:r w:rsidRPr="00D0055D">
        <w:rPr>
          <w:rFonts w:ascii="Cambria Math" w:hAnsi="Cambria Math" w:cs="Cambria Math"/>
        </w:rPr>
        <w:t>‑</w:t>
      </w:r>
      <w:r w:rsidRPr="00D0055D">
        <w:rPr>
          <w:rFonts w:ascii="Aptos" w:hAnsi="Aptos"/>
        </w:rPr>
        <w:t>time for the duration of the Summer School.</w:t>
      </w:r>
    </w:p>
    <w:p w14:paraId="1DEF475E" w14:textId="77777777" w:rsidR="00D0055D" w:rsidRDefault="00D0055D" w:rsidP="00D0055D">
      <w:pPr>
        <w:pStyle w:val="ListParagraph"/>
        <w:numPr>
          <w:ilvl w:val="0"/>
          <w:numId w:val="16"/>
        </w:numPr>
        <w:rPr>
          <w:rFonts w:ascii="Aptos" w:hAnsi="Aptos"/>
        </w:rPr>
      </w:pPr>
      <w:r w:rsidRPr="00D0055D">
        <w:rPr>
          <w:rFonts w:ascii="Aptos" w:hAnsi="Aptos"/>
        </w:rPr>
        <w:t>Accommodation and meals provided while on duty.</w:t>
      </w:r>
    </w:p>
    <w:p w14:paraId="13AE0FBA" w14:textId="5C410E32" w:rsidR="00307576" w:rsidRPr="00D0055D" w:rsidRDefault="00D0055D" w:rsidP="00D0055D">
      <w:pPr>
        <w:pStyle w:val="ListParagraph"/>
        <w:numPr>
          <w:ilvl w:val="0"/>
          <w:numId w:val="16"/>
        </w:numPr>
        <w:rPr>
          <w:rFonts w:ascii="Aptos" w:hAnsi="Aptos"/>
        </w:rPr>
      </w:pPr>
      <w:r w:rsidRPr="00D0055D">
        <w:rPr>
          <w:rFonts w:ascii="Aptos" w:hAnsi="Aptos"/>
        </w:rPr>
        <w:t>Reports to the HSM and the Summer School Manager.</w:t>
      </w:r>
      <w:r w:rsidR="00DD626C" w:rsidRPr="00D0055D">
        <w:rPr>
          <w:rFonts w:ascii="Aptos" w:hAnsi="Aptos"/>
          <w:b/>
          <w:bCs/>
        </w:rPr>
        <w:br/>
      </w:r>
      <w:r w:rsidR="00DD626C" w:rsidRPr="00D0055D">
        <w:rPr>
          <w:rFonts w:ascii="Aptos" w:hAnsi="Aptos"/>
        </w:rPr>
        <w:br/>
      </w:r>
      <w:r w:rsidR="00DD626C" w:rsidRPr="00D0055D">
        <w:rPr>
          <w:rFonts w:ascii="Aptos" w:hAnsi="Aptos"/>
        </w:rPr>
        <w:br/>
      </w:r>
    </w:p>
    <w:sectPr w:rsidR="00307576" w:rsidRPr="00D0055D" w:rsidSect="0069297A">
      <w:pgSz w:w="12240" w:h="15840"/>
      <w:pgMar w:top="426" w:right="1800" w:bottom="284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30294853"/>
    <w:multiLevelType w:val="hybridMultilevel"/>
    <w:tmpl w:val="B5E248EA"/>
    <w:lvl w:ilvl="0" w:tplc="210068C4">
      <w:start w:val="1"/>
      <w:numFmt w:val="decimal"/>
      <w:lvlText w:val="%1."/>
      <w:lvlJc w:val="left"/>
      <w:pPr>
        <w:ind w:left="-207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513" w:hanging="360"/>
      </w:pPr>
    </w:lvl>
    <w:lvl w:ilvl="2" w:tplc="0809001B" w:tentative="1">
      <w:start w:val="1"/>
      <w:numFmt w:val="lowerRoman"/>
      <w:lvlText w:val="%3."/>
      <w:lvlJc w:val="right"/>
      <w:pPr>
        <w:ind w:left="1233" w:hanging="180"/>
      </w:pPr>
    </w:lvl>
    <w:lvl w:ilvl="3" w:tplc="0809000F" w:tentative="1">
      <w:start w:val="1"/>
      <w:numFmt w:val="decimal"/>
      <w:lvlText w:val="%4."/>
      <w:lvlJc w:val="left"/>
      <w:pPr>
        <w:ind w:left="1953" w:hanging="360"/>
      </w:pPr>
    </w:lvl>
    <w:lvl w:ilvl="4" w:tplc="08090019" w:tentative="1">
      <w:start w:val="1"/>
      <w:numFmt w:val="lowerLetter"/>
      <w:lvlText w:val="%5."/>
      <w:lvlJc w:val="left"/>
      <w:pPr>
        <w:ind w:left="2673" w:hanging="360"/>
      </w:pPr>
    </w:lvl>
    <w:lvl w:ilvl="5" w:tplc="0809001B" w:tentative="1">
      <w:start w:val="1"/>
      <w:numFmt w:val="lowerRoman"/>
      <w:lvlText w:val="%6."/>
      <w:lvlJc w:val="right"/>
      <w:pPr>
        <w:ind w:left="3393" w:hanging="180"/>
      </w:pPr>
    </w:lvl>
    <w:lvl w:ilvl="6" w:tplc="0809000F" w:tentative="1">
      <w:start w:val="1"/>
      <w:numFmt w:val="decimal"/>
      <w:lvlText w:val="%7."/>
      <w:lvlJc w:val="left"/>
      <w:pPr>
        <w:ind w:left="4113" w:hanging="360"/>
      </w:pPr>
    </w:lvl>
    <w:lvl w:ilvl="7" w:tplc="08090019" w:tentative="1">
      <w:start w:val="1"/>
      <w:numFmt w:val="lowerLetter"/>
      <w:lvlText w:val="%8."/>
      <w:lvlJc w:val="left"/>
      <w:pPr>
        <w:ind w:left="4833" w:hanging="360"/>
      </w:pPr>
    </w:lvl>
    <w:lvl w:ilvl="8" w:tplc="0809001B" w:tentative="1">
      <w:start w:val="1"/>
      <w:numFmt w:val="lowerRoman"/>
      <w:lvlText w:val="%9."/>
      <w:lvlJc w:val="right"/>
      <w:pPr>
        <w:ind w:left="5553" w:hanging="180"/>
      </w:pPr>
    </w:lvl>
  </w:abstractNum>
  <w:abstractNum w:abstractNumId="10" w15:restartNumberingAfterBreak="0">
    <w:nsid w:val="31472D72"/>
    <w:multiLevelType w:val="hybridMultilevel"/>
    <w:tmpl w:val="6F7A2934"/>
    <w:lvl w:ilvl="0" w:tplc="08090001">
      <w:start w:val="1"/>
      <w:numFmt w:val="bullet"/>
      <w:lvlText w:val=""/>
      <w:lvlJc w:val="left"/>
      <w:pPr>
        <w:ind w:left="29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1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73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45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17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89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1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33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054" w:hanging="360"/>
      </w:pPr>
      <w:rPr>
        <w:rFonts w:ascii="Wingdings" w:hAnsi="Wingdings" w:hint="default"/>
      </w:rPr>
    </w:lvl>
  </w:abstractNum>
  <w:abstractNum w:abstractNumId="11" w15:restartNumberingAfterBreak="0">
    <w:nsid w:val="37981007"/>
    <w:multiLevelType w:val="hybridMultilevel"/>
    <w:tmpl w:val="276E214C"/>
    <w:lvl w:ilvl="0" w:tplc="08090001">
      <w:start w:val="1"/>
      <w:numFmt w:val="bullet"/>
      <w:lvlText w:val=""/>
      <w:lvlJc w:val="left"/>
      <w:pPr>
        <w:ind w:left="513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233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953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67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9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11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83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55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273" w:hanging="360"/>
      </w:pPr>
      <w:rPr>
        <w:rFonts w:ascii="Wingdings" w:hAnsi="Wingdings" w:hint="default"/>
      </w:rPr>
    </w:lvl>
  </w:abstractNum>
  <w:abstractNum w:abstractNumId="12" w15:restartNumberingAfterBreak="0">
    <w:nsid w:val="3C9720F4"/>
    <w:multiLevelType w:val="hybridMultilevel"/>
    <w:tmpl w:val="912A7EBA"/>
    <w:lvl w:ilvl="0" w:tplc="08090001">
      <w:start w:val="1"/>
      <w:numFmt w:val="bullet"/>
      <w:lvlText w:val=""/>
      <w:lvlJc w:val="left"/>
      <w:pPr>
        <w:ind w:left="29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1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73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45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17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89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1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33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054" w:hanging="360"/>
      </w:pPr>
      <w:rPr>
        <w:rFonts w:ascii="Wingdings" w:hAnsi="Wingdings" w:hint="default"/>
      </w:rPr>
    </w:lvl>
  </w:abstractNum>
  <w:abstractNum w:abstractNumId="13" w15:restartNumberingAfterBreak="0">
    <w:nsid w:val="473B786B"/>
    <w:multiLevelType w:val="hybridMultilevel"/>
    <w:tmpl w:val="F1D8A9E4"/>
    <w:lvl w:ilvl="0" w:tplc="08090001">
      <w:start w:val="1"/>
      <w:numFmt w:val="bullet"/>
      <w:lvlText w:val=""/>
      <w:lvlJc w:val="left"/>
      <w:pPr>
        <w:ind w:left="513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233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953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67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9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11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83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55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273" w:hanging="360"/>
      </w:pPr>
      <w:rPr>
        <w:rFonts w:ascii="Wingdings" w:hAnsi="Wingdings" w:hint="default"/>
      </w:rPr>
    </w:lvl>
  </w:abstractNum>
  <w:abstractNum w:abstractNumId="14" w15:restartNumberingAfterBreak="0">
    <w:nsid w:val="5DC8085D"/>
    <w:multiLevelType w:val="hybridMultilevel"/>
    <w:tmpl w:val="1FEC2002"/>
    <w:lvl w:ilvl="0" w:tplc="08090001">
      <w:start w:val="1"/>
      <w:numFmt w:val="bullet"/>
      <w:lvlText w:val=""/>
      <w:lvlJc w:val="left"/>
      <w:pPr>
        <w:ind w:left="513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233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953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67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9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11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83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55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273" w:hanging="360"/>
      </w:pPr>
      <w:rPr>
        <w:rFonts w:ascii="Wingdings" w:hAnsi="Wingdings" w:hint="default"/>
      </w:rPr>
    </w:lvl>
  </w:abstractNum>
  <w:abstractNum w:abstractNumId="15" w15:restartNumberingAfterBreak="0">
    <w:nsid w:val="640B3CF0"/>
    <w:multiLevelType w:val="hybridMultilevel"/>
    <w:tmpl w:val="115C468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55393817">
    <w:abstractNumId w:val="8"/>
  </w:num>
  <w:num w:numId="2" w16cid:durableId="1351949286">
    <w:abstractNumId w:val="6"/>
  </w:num>
  <w:num w:numId="3" w16cid:durableId="242836879">
    <w:abstractNumId w:val="5"/>
  </w:num>
  <w:num w:numId="4" w16cid:durableId="215824064">
    <w:abstractNumId w:val="4"/>
  </w:num>
  <w:num w:numId="5" w16cid:durableId="1417827297">
    <w:abstractNumId w:val="7"/>
  </w:num>
  <w:num w:numId="6" w16cid:durableId="918174787">
    <w:abstractNumId w:val="3"/>
  </w:num>
  <w:num w:numId="7" w16cid:durableId="1385567837">
    <w:abstractNumId w:val="2"/>
  </w:num>
  <w:num w:numId="8" w16cid:durableId="2137793084">
    <w:abstractNumId w:val="1"/>
  </w:num>
  <w:num w:numId="9" w16cid:durableId="1169440722">
    <w:abstractNumId w:val="0"/>
  </w:num>
  <w:num w:numId="10" w16cid:durableId="1663116076">
    <w:abstractNumId w:val="9"/>
  </w:num>
  <w:num w:numId="11" w16cid:durableId="2061242419">
    <w:abstractNumId w:val="11"/>
  </w:num>
  <w:num w:numId="12" w16cid:durableId="1027371947">
    <w:abstractNumId w:val="13"/>
  </w:num>
  <w:num w:numId="13" w16cid:durableId="301085267">
    <w:abstractNumId w:val="14"/>
  </w:num>
  <w:num w:numId="14" w16cid:durableId="1500272434">
    <w:abstractNumId w:val="15"/>
  </w:num>
  <w:num w:numId="15" w16cid:durableId="1312783416">
    <w:abstractNumId w:val="12"/>
  </w:num>
  <w:num w:numId="16" w16cid:durableId="183980549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7730"/>
    <w:rsid w:val="00034616"/>
    <w:rsid w:val="0006063C"/>
    <w:rsid w:val="000A63E6"/>
    <w:rsid w:val="000B2B38"/>
    <w:rsid w:val="0015074B"/>
    <w:rsid w:val="0029639D"/>
    <w:rsid w:val="00307576"/>
    <w:rsid w:val="00326F90"/>
    <w:rsid w:val="00335206"/>
    <w:rsid w:val="00362F06"/>
    <w:rsid w:val="003D37FD"/>
    <w:rsid w:val="00426E4C"/>
    <w:rsid w:val="004E1BB8"/>
    <w:rsid w:val="004F6C6B"/>
    <w:rsid w:val="005E73C6"/>
    <w:rsid w:val="0063061E"/>
    <w:rsid w:val="0069297A"/>
    <w:rsid w:val="006C4F7A"/>
    <w:rsid w:val="007B326F"/>
    <w:rsid w:val="00906ED5"/>
    <w:rsid w:val="00914B22"/>
    <w:rsid w:val="00A46F7D"/>
    <w:rsid w:val="00A54DE9"/>
    <w:rsid w:val="00AA1D8D"/>
    <w:rsid w:val="00AD5C29"/>
    <w:rsid w:val="00B46BC9"/>
    <w:rsid w:val="00B47730"/>
    <w:rsid w:val="00BF3664"/>
    <w:rsid w:val="00CB0664"/>
    <w:rsid w:val="00D0055D"/>
    <w:rsid w:val="00DD626C"/>
    <w:rsid w:val="00DF1980"/>
    <w:rsid w:val="00EA65FF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6F3A4F97"/>
  <w14:defaultImageDpi w14:val="300"/>
  <w15:docId w15:val="{20362BB8-D65F-4CD2-BF1A-F579DB8879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C693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618BF"/>
  </w:style>
  <w:style w:type="paragraph" w:styleId="Footer">
    <w:name w:val="footer"/>
    <w:basedOn w:val="Normal"/>
    <w:link w:val="Foot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18BF"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theme" Target="theme/theme1.xml"/><Relationship Id="rId5" Type="http://schemas.openxmlformats.org/officeDocument/2006/relationships/numbering" Target="numbering.xml"/><Relationship Id="rId10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F30CA283EC7942B672EBA45F7129D8" ma:contentTypeVersion="15" ma:contentTypeDescription="Create a new document." ma:contentTypeScope="" ma:versionID="281e421e1cfdf1693e0324fbcdd039c4">
  <xsd:schema xmlns:xsd="http://www.w3.org/2001/XMLSchema" xmlns:xs="http://www.w3.org/2001/XMLSchema" xmlns:p="http://schemas.microsoft.com/office/2006/metadata/properties" xmlns:ns2="6822f36d-0632-4b66-ac9a-5d492dab8088" xmlns:ns3="f97a58aa-6400-4c36-9d19-f1de273b04ee" targetNamespace="http://schemas.microsoft.com/office/2006/metadata/properties" ma:root="true" ma:fieldsID="6238cd15312ef44c9944cf2d01dec82f" ns2:_="" ns3:_="">
    <xsd:import namespace="6822f36d-0632-4b66-ac9a-5d492dab8088"/>
    <xsd:import namespace="f97a58aa-6400-4c36-9d19-f1de273b04ee"/>
    <xsd:element name="properties">
      <xsd:complexType>
        <xsd:sequence>
          <xsd:element name="documentManagement">
            <xsd:complexType>
              <xsd:all>
                <xsd:element ref="ns2:e766950b0c3e4bd7b278bf4daac0a253" minOccurs="0"/>
                <xsd:element ref="ns2:TaxCatchAll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ObjectDetectorVersion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822f36d-0632-4b66-ac9a-5d492dab8088" elementFormDefault="qualified">
    <xsd:import namespace="http://schemas.microsoft.com/office/2006/documentManagement/types"/>
    <xsd:import namespace="http://schemas.microsoft.com/office/infopath/2007/PartnerControls"/>
    <xsd:element name="e766950b0c3e4bd7b278bf4daac0a253" ma:index="9" nillable="true" ma:taxonomy="true" ma:internalName="e766950b0c3e4bd7b278bf4daac0a253" ma:taxonomyFieldName="Staff_x0020_Category" ma:displayName="Staff Category" ma:fieldId="{e766950b-0c3e-4bd7-b278-bf4daac0a253}" ma:sspId="ac060805-f3a6-43f9-9fa8-3054d43f16e0" ma:termSetId="77569716-38db-4180-ba3c-a15da559a07c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axCatchAll" ma:index="10" nillable="true" ma:displayName="Taxonomy Catch All Column" ma:hidden="true" ma:list="{908d4311-1f69-49ac-a480-1dcfe79cca27}" ma:internalName="TaxCatchAll" ma:showField="CatchAllData" ma:web="6822f36d-0632-4b66-ac9a-5d492dab808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97a58aa-6400-4c36-9d19-f1de273b04e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ac060805-f3a6-43f9-9fa8-3054d43f16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97a58aa-6400-4c36-9d19-f1de273b04ee">
      <Terms xmlns="http://schemas.microsoft.com/office/infopath/2007/PartnerControls"/>
    </lcf76f155ced4ddcb4097134ff3c332f>
    <TaxCatchAll xmlns="6822f36d-0632-4b66-ac9a-5d492dab8088" xsi:nil="true"/>
    <e766950b0c3e4bd7b278bf4daac0a253 xmlns="6822f36d-0632-4b66-ac9a-5d492dab8088">
      <Terms xmlns="http://schemas.microsoft.com/office/infopath/2007/PartnerControls"/>
    </e766950b0c3e4bd7b278bf4daac0a253>
  </documentManagement>
</p:properties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B95F8E4-34EF-463C-B6CB-060F55929A9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822f36d-0632-4b66-ac9a-5d492dab8088"/>
    <ds:schemaRef ds:uri="f97a58aa-6400-4c36-9d19-f1de273b04e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2FEEEA8-1B28-4097-9D78-A00CCB39C67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C72E8CB9-C828-48F0-B4DA-25EDFCCDFA13}">
  <ds:schemaRefs>
    <ds:schemaRef ds:uri="http://schemas.microsoft.com/office/2006/metadata/properties"/>
    <ds:schemaRef ds:uri="http://schemas.microsoft.com/office/infopath/2007/PartnerControls"/>
    <ds:schemaRef ds:uri="f97a58aa-6400-4c36-9d19-f1de273b04ee"/>
    <ds:schemaRef ds:uri="6822f36d-0632-4b66-ac9a-5d492dab8088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342</Words>
  <Characters>1953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2291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Vicky Goodwin</cp:lastModifiedBy>
  <cp:revision>15</cp:revision>
  <dcterms:created xsi:type="dcterms:W3CDTF">2026-04-14T12:10:00Z</dcterms:created>
  <dcterms:modified xsi:type="dcterms:W3CDTF">2026-04-16T15:51:00Z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0x010100E6F30CA283EC7942B672EBA45F7129D8</vt:lpwstr>
  </property>
  <property fmtid="{D5CDD505-2E9C-101B-9397-08002B2CF9AE}" pid="3" name="_dlc_DocIdItemGuid">
    <vt:lpwstr>7c7b56a6-e925-4ece-ab0a-0ab39731c115</vt:lpwstr>
  </property>
  <property fmtid="{D5CDD505-2E9C-101B-9397-08002B2CF9AE}" pid="4" name="MediaServiceImageTags">
    <vt:lpwstr/>
  </property>
</Properties>
</file>