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2608" w:rsidRPr="008C2A5B" w:rsidRDefault="00D64E49" w:rsidP="008C2A5B">
      <w:pPr>
        <w:pStyle w:val="Heading1"/>
        <w:jc w:val="center"/>
        <w:rPr>
          <w:rFonts w:ascii="Arial" w:hAnsi="Arial" w:cs="Arial"/>
          <w:color w:val="F79646" w:themeColor="accent6"/>
        </w:rPr>
      </w:pPr>
      <w:r w:rsidRPr="008C2A5B">
        <w:rPr>
          <w:rFonts w:ascii="Arial" w:hAnsi="Arial" w:cs="Arial"/>
          <w:color w:val="F79646" w:themeColor="accent6"/>
        </w:rPr>
        <w:t>APPLICATION FORM</w:t>
      </w:r>
      <w:r w:rsidR="008C2A5B">
        <w:rPr>
          <w:rFonts w:ascii="Arial" w:hAnsi="Arial" w:cs="Arial"/>
          <w:color w:val="F79646" w:themeColor="accent6"/>
        </w:rPr>
        <w:t xml:space="preserve"> – SELF DECLARATION</w:t>
      </w:r>
    </w:p>
    <w:p w:rsidR="008C2A5B" w:rsidRPr="008C2A5B" w:rsidRDefault="008C2A5B" w:rsidP="008C2A5B">
      <w:pPr>
        <w:rPr>
          <w:rFonts w:ascii="Arial" w:hAnsi="Arial" w:cs="Arial"/>
          <w:sz w:val="16"/>
          <w:szCs w:val="16"/>
        </w:rPr>
      </w:pPr>
    </w:p>
    <w:p w:rsidR="00862608" w:rsidRPr="008C2A5B" w:rsidRDefault="00D64E49">
      <w:pPr>
        <w:rPr>
          <w:rFonts w:ascii="Arial" w:hAnsi="Arial" w:cs="Arial"/>
          <w:color w:val="002060"/>
        </w:rPr>
      </w:pPr>
      <w:r w:rsidRPr="008C2A5B">
        <w:rPr>
          <w:rFonts w:ascii="Arial" w:hAnsi="Arial" w:cs="Arial"/>
          <w:color w:val="002060"/>
        </w:rPr>
        <w:t>St John’s School is committed to safeguarding and promoting the welfare of children and young people and expects all staff and volunteers to share this commitment.</w:t>
      </w:r>
    </w:p>
    <w:p w:rsidR="00862608" w:rsidRPr="008C2A5B" w:rsidRDefault="00D64E49">
      <w:pPr>
        <w:pStyle w:val="Heading2"/>
        <w:rPr>
          <w:rFonts w:ascii="Arial" w:hAnsi="Arial" w:cs="Arial"/>
          <w:color w:val="F79646" w:themeColor="accent6"/>
        </w:rPr>
      </w:pPr>
      <w:r w:rsidRPr="008C2A5B">
        <w:rPr>
          <w:rFonts w:ascii="Arial" w:hAnsi="Arial" w:cs="Arial"/>
          <w:color w:val="F79646" w:themeColor="accent6"/>
        </w:rPr>
        <w:t>Safeguarding &amp; Safer Recruitment Statement</w:t>
      </w:r>
    </w:p>
    <w:p w:rsidR="00862608" w:rsidRPr="008C2A5B" w:rsidRDefault="00D64E49">
      <w:pPr>
        <w:rPr>
          <w:rFonts w:ascii="Arial" w:hAnsi="Arial" w:cs="Arial"/>
          <w:color w:val="002060"/>
        </w:rPr>
      </w:pPr>
      <w:r w:rsidRPr="008C2A5B">
        <w:rPr>
          <w:rFonts w:ascii="Arial" w:hAnsi="Arial" w:cs="Arial"/>
          <w:color w:val="002060"/>
        </w:rPr>
        <w:t>This post involves regulated activity with children. Appoi</w:t>
      </w:r>
      <w:r w:rsidRPr="008C2A5B">
        <w:rPr>
          <w:rFonts w:ascii="Arial" w:hAnsi="Arial" w:cs="Arial"/>
          <w:color w:val="002060"/>
        </w:rPr>
        <w:t>ntment is subject to safer recruitment procedures including: identity checks, verification of qualifications and employment history, enhanced DBS disclosure (including barred list check where applicable), satisfactory references, overseas police checks whe</w:t>
      </w:r>
      <w:r w:rsidRPr="008C2A5B">
        <w:rPr>
          <w:rFonts w:ascii="Arial" w:hAnsi="Arial" w:cs="Arial"/>
          <w:color w:val="002060"/>
        </w:rPr>
        <w:t>re required, and online searches in accordance with KCSIE.</w:t>
      </w:r>
    </w:p>
    <w:p w:rsidR="00862608" w:rsidRPr="008C2A5B" w:rsidRDefault="00D64E49">
      <w:pPr>
        <w:pStyle w:val="Heading2"/>
        <w:rPr>
          <w:rFonts w:ascii="Arial" w:hAnsi="Arial" w:cs="Arial"/>
          <w:color w:val="F79646" w:themeColor="accent6"/>
        </w:rPr>
      </w:pPr>
      <w:r w:rsidRPr="008C2A5B">
        <w:rPr>
          <w:rFonts w:ascii="Arial" w:hAnsi="Arial" w:cs="Arial"/>
          <w:color w:val="F79646" w:themeColor="accent6"/>
        </w:rPr>
        <w:t>Self</w:t>
      </w:r>
      <w:r w:rsidRPr="008C2A5B">
        <w:rPr>
          <w:rFonts w:ascii="Cambria Math" w:hAnsi="Cambria Math" w:cs="Cambria Math"/>
          <w:color w:val="F79646" w:themeColor="accent6"/>
        </w:rPr>
        <w:t>‑</w:t>
      </w:r>
      <w:r w:rsidRPr="008C2A5B">
        <w:rPr>
          <w:rFonts w:ascii="Arial" w:hAnsi="Arial" w:cs="Arial"/>
          <w:color w:val="F79646" w:themeColor="accent6"/>
        </w:rPr>
        <w:t>Declaration – Safeguarding &amp; Suitability</w:t>
      </w:r>
    </w:p>
    <w:p w:rsidR="00862608" w:rsidRPr="008C2A5B" w:rsidRDefault="00D64E49">
      <w:pPr>
        <w:rPr>
          <w:rFonts w:ascii="Arial" w:hAnsi="Arial" w:cs="Arial"/>
          <w:color w:val="002060"/>
        </w:rPr>
      </w:pPr>
      <w:r w:rsidRPr="008C2A5B">
        <w:rPr>
          <w:rFonts w:ascii="Arial" w:hAnsi="Arial" w:cs="Arial"/>
          <w:color w:val="002060"/>
        </w:rPr>
        <w:t>Please complete the declaration below. This information will be treated confidentially.</w:t>
      </w:r>
      <w:r w:rsidRPr="008C2A5B">
        <w:rPr>
          <w:rFonts w:ascii="Arial" w:hAnsi="Arial" w:cs="Arial"/>
          <w:color w:val="002060"/>
        </w:rPr>
        <w:br/>
      </w:r>
      <w:r w:rsidRPr="008C2A5B">
        <w:rPr>
          <w:rFonts w:ascii="Arial" w:hAnsi="Arial" w:cs="Arial"/>
          <w:color w:val="002060"/>
        </w:rPr>
        <w:br/>
      </w:r>
      <w:r w:rsidRPr="008C2A5B">
        <w:rPr>
          <w:rFonts w:ascii="Segoe UI Symbol" w:hAnsi="Segoe UI Symbol" w:cs="Segoe UI Symbol"/>
          <w:color w:val="002060"/>
        </w:rPr>
        <w:t>☐</w:t>
      </w:r>
      <w:r w:rsidRPr="008C2A5B">
        <w:rPr>
          <w:rFonts w:ascii="Arial" w:hAnsi="Arial" w:cs="Arial"/>
          <w:color w:val="002060"/>
        </w:rPr>
        <w:t xml:space="preserve"> I declare that I am not barred from working with children.</w:t>
      </w:r>
      <w:r w:rsidRPr="008C2A5B">
        <w:rPr>
          <w:rFonts w:ascii="Arial" w:hAnsi="Arial" w:cs="Arial"/>
          <w:color w:val="002060"/>
        </w:rPr>
        <w:br/>
      </w:r>
      <w:r w:rsidRPr="008C2A5B">
        <w:rPr>
          <w:rFonts w:ascii="Segoe UI Symbol" w:hAnsi="Segoe UI Symbol" w:cs="Segoe UI Symbol"/>
          <w:color w:val="002060"/>
        </w:rPr>
        <w:t>☐</w:t>
      </w:r>
      <w:r w:rsidRPr="008C2A5B">
        <w:rPr>
          <w:rFonts w:ascii="Arial" w:hAnsi="Arial" w:cs="Arial"/>
          <w:color w:val="002060"/>
        </w:rPr>
        <w:t xml:space="preserve"> I understand that this role is exempt from the Rehabilitation of Offenders Act 1974.</w:t>
      </w:r>
      <w:r w:rsidRPr="008C2A5B">
        <w:rPr>
          <w:rFonts w:ascii="Arial" w:hAnsi="Arial" w:cs="Arial"/>
          <w:color w:val="002060"/>
        </w:rPr>
        <w:br/>
      </w:r>
      <w:r w:rsidRPr="008C2A5B">
        <w:rPr>
          <w:rFonts w:ascii="Segoe UI Symbol" w:hAnsi="Segoe UI Symbol" w:cs="Segoe UI Symbol"/>
          <w:color w:val="002060"/>
        </w:rPr>
        <w:t>☐</w:t>
      </w:r>
      <w:r w:rsidRPr="008C2A5B">
        <w:rPr>
          <w:rFonts w:ascii="Arial" w:hAnsi="Arial" w:cs="Arial"/>
          <w:color w:val="002060"/>
        </w:rPr>
        <w:t xml:space="preserve"> I agree to disclose all convictions, cautions, reprimands and warnings, including those considered spent.</w:t>
      </w:r>
      <w:r w:rsidRPr="008C2A5B">
        <w:rPr>
          <w:rFonts w:ascii="Arial" w:hAnsi="Arial" w:cs="Arial"/>
          <w:color w:val="002060"/>
        </w:rPr>
        <w:br/>
      </w:r>
      <w:r w:rsidRPr="008C2A5B">
        <w:rPr>
          <w:rFonts w:ascii="Segoe UI Symbol" w:hAnsi="Segoe UI Symbol" w:cs="Segoe UI Symbol"/>
          <w:color w:val="002060"/>
        </w:rPr>
        <w:t>☐</w:t>
      </w:r>
      <w:r w:rsidRPr="008C2A5B">
        <w:rPr>
          <w:rFonts w:ascii="Arial" w:hAnsi="Arial" w:cs="Arial"/>
          <w:color w:val="002060"/>
        </w:rPr>
        <w:t xml:space="preserve"> I understand that failure to disclose relevant information m</w:t>
      </w:r>
      <w:r w:rsidRPr="008C2A5B">
        <w:rPr>
          <w:rFonts w:ascii="Arial" w:hAnsi="Arial" w:cs="Arial"/>
          <w:color w:val="002060"/>
        </w:rPr>
        <w:t>ay result in withdrawal of an offer or dismissal.</w:t>
      </w:r>
    </w:p>
    <w:p w:rsidR="00862608" w:rsidRPr="00D64E49" w:rsidRDefault="00D64E49">
      <w:pPr>
        <w:rPr>
          <w:rFonts w:ascii="Arial" w:hAnsi="Arial" w:cs="Arial"/>
          <w:color w:val="002060"/>
        </w:rPr>
      </w:pPr>
      <w:r w:rsidRPr="008C2A5B">
        <w:rPr>
          <w:rFonts w:ascii="Arial" w:hAnsi="Arial" w:cs="Arial"/>
          <w:color w:val="002060"/>
        </w:rPr>
        <w:t>Details (if applicable):</w:t>
      </w:r>
      <w:r>
        <w:rPr>
          <w:rFonts w:ascii="Arial" w:hAnsi="Arial" w:cs="Arial"/>
          <w:color w:val="002060"/>
        </w:rPr>
        <w:t xml:space="preserve">     </w:t>
      </w:r>
      <w:r w:rsidRPr="008C2A5B">
        <w:rPr>
          <w:rFonts w:ascii="Arial" w:hAnsi="Arial" w:cs="Arial"/>
        </w:rPr>
        <w:t>______________________________________________</w:t>
      </w:r>
    </w:p>
    <w:p w:rsidR="00862608" w:rsidRPr="008C2A5B" w:rsidRDefault="00D64E49">
      <w:pPr>
        <w:pStyle w:val="Heading2"/>
        <w:rPr>
          <w:rFonts w:ascii="Arial" w:hAnsi="Arial" w:cs="Arial"/>
          <w:color w:val="F79646" w:themeColor="accent6"/>
        </w:rPr>
      </w:pPr>
      <w:r w:rsidRPr="008C2A5B">
        <w:rPr>
          <w:rFonts w:ascii="Arial" w:hAnsi="Arial" w:cs="Arial"/>
          <w:color w:val="F79646" w:themeColor="accent6"/>
        </w:rPr>
        <w:t>KCSIE Compliance (Inspection Reference)</w:t>
      </w:r>
    </w:p>
    <w:p w:rsidR="00862608" w:rsidRPr="008C2A5B" w:rsidRDefault="00D64E49">
      <w:pPr>
        <w:rPr>
          <w:rFonts w:ascii="Arial" w:hAnsi="Arial" w:cs="Arial"/>
        </w:rPr>
      </w:pPr>
      <w:r w:rsidRPr="008C2A5B">
        <w:rPr>
          <w:rFonts w:ascii="Arial" w:hAnsi="Arial" w:cs="Arial"/>
          <w:color w:val="002060"/>
        </w:rPr>
        <w:t>This recruitment process aligns with:</w:t>
      </w:r>
      <w:r w:rsidRPr="008C2A5B">
        <w:rPr>
          <w:rFonts w:ascii="Arial" w:hAnsi="Arial" w:cs="Arial"/>
          <w:color w:val="002060"/>
        </w:rPr>
        <w:br/>
        <w:t>• KCSIE (</w:t>
      </w:r>
      <w:r w:rsidRPr="008C2A5B">
        <w:rPr>
          <w:rFonts w:ascii="Arial" w:hAnsi="Arial" w:cs="Arial"/>
          <w:color w:val="002060"/>
        </w:rPr>
        <w:t>2024) Part Three – Safer Recruitment</w:t>
      </w:r>
      <w:r w:rsidRPr="008C2A5B">
        <w:rPr>
          <w:rFonts w:ascii="Arial" w:hAnsi="Arial" w:cs="Arial"/>
          <w:color w:val="002060"/>
        </w:rPr>
        <w:br/>
        <w:t>• KCSIE (2024) Part Four – Allegations against staff</w:t>
      </w:r>
      <w:r w:rsidRPr="008C2A5B">
        <w:rPr>
          <w:rFonts w:ascii="Arial" w:hAnsi="Arial" w:cs="Arial"/>
          <w:color w:val="002060"/>
        </w:rPr>
        <w:br/>
        <w:t>• Independent School Standards (Part 4 – Suitability of staff)</w:t>
      </w:r>
      <w:r w:rsidRPr="008C2A5B">
        <w:rPr>
          <w:rFonts w:ascii="Arial" w:hAnsi="Arial" w:cs="Arial"/>
        </w:rPr>
        <w:br/>
      </w:r>
      <w:r w:rsidRPr="008C2A5B">
        <w:rPr>
          <w:rFonts w:ascii="Arial" w:hAnsi="Arial" w:cs="Arial"/>
          <w:color w:val="002060"/>
        </w:rPr>
        <w:br/>
        <w:t xml:space="preserve">Information provided may be used as part of the School’s safeguarding audit trail and reviewed during </w:t>
      </w:r>
      <w:r w:rsidRPr="008C2A5B">
        <w:rPr>
          <w:rFonts w:ascii="Arial" w:hAnsi="Arial" w:cs="Arial"/>
          <w:color w:val="002060"/>
        </w:rPr>
        <w:t>ISI inspection.</w:t>
      </w:r>
    </w:p>
    <w:p w:rsidR="00862608" w:rsidRPr="008C2A5B" w:rsidRDefault="00D64E49">
      <w:pPr>
        <w:pStyle w:val="Heading2"/>
        <w:rPr>
          <w:rFonts w:ascii="Arial" w:hAnsi="Arial" w:cs="Arial"/>
          <w:color w:val="F79646" w:themeColor="accent6"/>
        </w:rPr>
      </w:pPr>
      <w:r w:rsidRPr="008C2A5B">
        <w:rPr>
          <w:rFonts w:ascii="Arial" w:hAnsi="Arial" w:cs="Arial"/>
          <w:color w:val="F79646" w:themeColor="accent6"/>
        </w:rPr>
        <w:t>Declaration</w:t>
      </w:r>
    </w:p>
    <w:p w:rsidR="00D64E49" w:rsidRPr="008C2A5B" w:rsidRDefault="00D64E49" w:rsidP="00D64E49">
      <w:pPr>
        <w:rPr>
          <w:rFonts w:ascii="Arial" w:hAnsi="Arial" w:cs="Arial"/>
          <w:color w:val="002060"/>
        </w:rPr>
      </w:pPr>
      <w:r w:rsidRPr="008C2A5B">
        <w:rPr>
          <w:rFonts w:ascii="Arial" w:hAnsi="Arial" w:cs="Arial"/>
          <w:color w:val="002060"/>
        </w:rPr>
        <w:t>I confirm that the information I have provided is true and complete. I understand that providing false information may result in my application being rejected or, if appointed, dismissed.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330"/>
        <w:gridCol w:w="310"/>
      </w:tblGrid>
      <w:tr w:rsidR="00862608" w:rsidRPr="008C2A5B" w:rsidTr="00D64E49">
        <w:trPr>
          <w:jc w:val="center"/>
        </w:trPr>
        <w:tc>
          <w:tcPr>
            <w:tcW w:w="8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2608" w:rsidRPr="008C2A5B" w:rsidRDefault="00D64E49">
            <w:pPr>
              <w:rPr>
                <w:rFonts w:ascii="Arial" w:hAnsi="Arial" w:cs="Arial"/>
                <w:color w:val="002060"/>
              </w:rPr>
            </w:pPr>
            <w:r w:rsidRPr="00D64E49">
              <w:rPr>
                <w:rFonts w:ascii="Arial" w:hAnsi="Arial" w:cs="Arial"/>
                <w:b/>
                <w:color w:val="002060"/>
              </w:rPr>
              <w:t>Name</w:t>
            </w:r>
            <w:r>
              <w:rPr>
                <w:rFonts w:ascii="Arial" w:hAnsi="Arial" w:cs="Arial"/>
                <w:color w:val="002060"/>
              </w:rPr>
              <w:t>:</w:t>
            </w:r>
          </w:p>
        </w:tc>
        <w:tc>
          <w:tcPr>
            <w:tcW w:w="310" w:type="dxa"/>
            <w:tcBorders>
              <w:left w:val="single" w:sz="4" w:space="0" w:color="auto"/>
            </w:tcBorders>
          </w:tcPr>
          <w:p w:rsidR="00862608" w:rsidRPr="008C2A5B" w:rsidRDefault="00862608">
            <w:pPr>
              <w:rPr>
                <w:rFonts w:ascii="Arial" w:hAnsi="Arial" w:cs="Arial"/>
              </w:rPr>
            </w:pPr>
          </w:p>
        </w:tc>
      </w:tr>
      <w:tr w:rsidR="00862608" w:rsidRPr="008C2A5B" w:rsidTr="00D64E49">
        <w:trPr>
          <w:jc w:val="center"/>
        </w:trPr>
        <w:tc>
          <w:tcPr>
            <w:tcW w:w="8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2608" w:rsidRPr="00D64E49" w:rsidRDefault="00D64E49">
            <w:pPr>
              <w:rPr>
                <w:rFonts w:ascii="Arial" w:hAnsi="Arial" w:cs="Arial"/>
                <w:b/>
                <w:color w:val="002060"/>
              </w:rPr>
            </w:pPr>
            <w:r w:rsidRPr="00D64E49">
              <w:rPr>
                <w:rFonts w:ascii="Arial" w:hAnsi="Arial" w:cs="Arial"/>
                <w:b/>
                <w:color w:val="002060"/>
              </w:rPr>
              <w:t>Signature:</w:t>
            </w:r>
          </w:p>
        </w:tc>
        <w:tc>
          <w:tcPr>
            <w:tcW w:w="310" w:type="dxa"/>
            <w:tcBorders>
              <w:left w:val="single" w:sz="4" w:space="0" w:color="auto"/>
            </w:tcBorders>
          </w:tcPr>
          <w:p w:rsidR="00862608" w:rsidRPr="008C2A5B" w:rsidRDefault="00862608">
            <w:pPr>
              <w:rPr>
                <w:rFonts w:ascii="Arial" w:hAnsi="Arial" w:cs="Arial"/>
              </w:rPr>
            </w:pPr>
          </w:p>
        </w:tc>
        <w:bookmarkStart w:id="0" w:name="_GoBack"/>
        <w:bookmarkEnd w:id="0"/>
      </w:tr>
      <w:tr w:rsidR="00862608" w:rsidRPr="008C2A5B" w:rsidTr="00D64E49">
        <w:trPr>
          <w:jc w:val="center"/>
        </w:trPr>
        <w:tc>
          <w:tcPr>
            <w:tcW w:w="8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2608" w:rsidRPr="00D64E49" w:rsidRDefault="00D64E49">
            <w:pPr>
              <w:rPr>
                <w:rFonts w:ascii="Arial" w:hAnsi="Arial" w:cs="Arial"/>
                <w:b/>
                <w:color w:val="002060"/>
              </w:rPr>
            </w:pPr>
            <w:r w:rsidRPr="00D64E49">
              <w:rPr>
                <w:rFonts w:ascii="Arial" w:hAnsi="Arial" w:cs="Arial"/>
                <w:b/>
                <w:color w:val="002060"/>
              </w:rPr>
              <w:t>Date:</w:t>
            </w:r>
          </w:p>
        </w:tc>
        <w:tc>
          <w:tcPr>
            <w:tcW w:w="310" w:type="dxa"/>
            <w:tcBorders>
              <w:left w:val="single" w:sz="4" w:space="0" w:color="auto"/>
            </w:tcBorders>
          </w:tcPr>
          <w:p w:rsidR="00862608" w:rsidRPr="008C2A5B" w:rsidRDefault="00862608">
            <w:pPr>
              <w:rPr>
                <w:rFonts w:ascii="Arial" w:hAnsi="Arial" w:cs="Arial"/>
              </w:rPr>
            </w:pPr>
          </w:p>
        </w:tc>
      </w:tr>
    </w:tbl>
    <w:p w:rsidR="00000000" w:rsidRPr="00D64E49" w:rsidRDefault="00D64E49" w:rsidP="00D64E49">
      <w:pPr>
        <w:jc w:val="center"/>
        <w:rPr>
          <w:rFonts w:ascii="Arial" w:hAnsi="Arial" w:cs="Arial"/>
          <w:b/>
          <w:i/>
          <w:color w:val="F79646" w:themeColor="accent6"/>
          <w:sz w:val="16"/>
          <w:szCs w:val="16"/>
        </w:rPr>
      </w:pPr>
      <w:r w:rsidRPr="00D64E49">
        <w:rPr>
          <w:rFonts w:ascii="Arial" w:hAnsi="Arial" w:cs="Arial"/>
          <w:b/>
          <w:i/>
          <w:color w:val="F79646" w:themeColor="accent6"/>
          <w:sz w:val="16"/>
          <w:szCs w:val="16"/>
        </w:rPr>
        <w:t xml:space="preserve">Please return </w:t>
      </w:r>
      <w:r>
        <w:rPr>
          <w:rFonts w:ascii="Arial" w:hAnsi="Arial" w:cs="Arial"/>
          <w:b/>
          <w:i/>
          <w:color w:val="F79646" w:themeColor="accent6"/>
          <w:sz w:val="16"/>
          <w:szCs w:val="16"/>
        </w:rPr>
        <w:t>your signed</w:t>
      </w:r>
      <w:r w:rsidRPr="00D64E49">
        <w:rPr>
          <w:rFonts w:ascii="Arial" w:hAnsi="Arial" w:cs="Arial"/>
          <w:b/>
          <w:i/>
          <w:color w:val="F79646" w:themeColor="accent6"/>
          <w:sz w:val="16"/>
          <w:szCs w:val="16"/>
        </w:rPr>
        <w:t xml:space="preserve"> declaration with your completed application form</w:t>
      </w:r>
    </w:p>
    <w:p w:rsidR="00D64E49" w:rsidRPr="008C2A5B" w:rsidRDefault="00D64E49">
      <w:pPr>
        <w:rPr>
          <w:rFonts w:ascii="Arial" w:hAnsi="Arial" w:cs="Arial"/>
        </w:rPr>
      </w:pPr>
    </w:p>
    <w:sectPr w:rsidR="00D64E49" w:rsidRPr="008C2A5B" w:rsidSect="008C2A5B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2A5B" w:rsidRDefault="008C2A5B" w:rsidP="008C2A5B">
      <w:pPr>
        <w:spacing w:after="0" w:line="240" w:lineRule="auto"/>
      </w:pPr>
      <w:r>
        <w:separator/>
      </w:r>
    </w:p>
  </w:endnote>
  <w:endnote w:type="continuationSeparator" w:id="0">
    <w:p w:rsidR="008C2A5B" w:rsidRDefault="008C2A5B" w:rsidP="008C2A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2A5B" w:rsidRDefault="008C2A5B">
    <w:pPr>
      <w:pStyle w:val="Footer"/>
    </w:pPr>
  </w:p>
  <w:p w:rsidR="008C2A5B" w:rsidRPr="00D64E49" w:rsidRDefault="008C2A5B">
    <w:pPr>
      <w:pStyle w:val="Footer"/>
      <w:rPr>
        <w:rFonts w:ascii="Arial" w:hAnsi="Arial" w:cs="Arial"/>
        <w:sz w:val="16"/>
        <w:szCs w:val="16"/>
      </w:rPr>
    </w:pPr>
    <w:r w:rsidRPr="00D64E49">
      <w:rPr>
        <w:rFonts w:ascii="Arial" w:hAnsi="Arial" w:cs="Arial"/>
        <w:sz w:val="16"/>
        <w:szCs w:val="16"/>
      </w:rPr>
      <w:t>16 Jan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2A5B" w:rsidRDefault="008C2A5B" w:rsidP="008C2A5B">
      <w:pPr>
        <w:spacing w:after="0" w:line="240" w:lineRule="auto"/>
      </w:pPr>
      <w:r>
        <w:separator/>
      </w:r>
    </w:p>
  </w:footnote>
  <w:footnote w:type="continuationSeparator" w:id="0">
    <w:p w:rsidR="008C2A5B" w:rsidRDefault="008C2A5B" w:rsidP="008C2A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2A5B" w:rsidRDefault="008C2A5B" w:rsidP="008C2A5B">
    <w:pPr>
      <w:pStyle w:val="Header"/>
      <w:jc w:val="center"/>
    </w:pPr>
    <w:r>
      <w:rPr>
        <w:noProof/>
      </w:rPr>
      <w:drawing>
        <wp:inline distT="0" distB="0" distL="0" distR="0">
          <wp:extent cx="2181225" cy="553871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creenshot 2026-01-08 161045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81530" cy="5539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862608"/>
    <w:rsid w:val="008C2A5B"/>
    <w:rsid w:val="00AA1D8D"/>
    <w:rsid w:val="00B47730"/>
    <w:rsid w:val="00CB0664"/>
    <w:rsid w:val="00D64E49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0208A90"/>
  <w14:defaultImageDpi w14:val="300"/>
  <w15:docId w15:val="{F2D5AC04-78F0-4CAA-817C-2A46F1F00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95F1DAE-E098-497A-B7EE-FF150A7A0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Susan Mann</cp:lastModifiedBy>
  <cp:revision>3</cp:revision>
  <dcterms:created xsi:type="dcterms:W3CDTF">2026-01-16T09:51:00Z</dcterms:created>
  <dcterms:modified xsi:type="dcterms:W3CDTF">2026-01-16T09:56:00Z</dcterms:modified>
  <cp:category/>
</cp:coreProperties>
</file>